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9BF96" w14:textId="77777777" w:rsidR="00DD0BD0" w:rsidRDefault="002B524E">
      <w:pPr>
        <w:jc w:val="center"/>
      </w:pPr>
      <w:r>
        <w:rPr>
          <w:b/>
          <w:color w:val="1F3755"/>
          <w:sz w:val="30"/>
        </w:rPr>
        <w:t>RASPORED ODRŽAVANJA DOPUNSKE I DODATNE NASTAVE</w:t>
      </w:r>
      <w:r>
        <w:rPr>
          <w:b/>
          <w:color w:val="1F3755"/>
          <w:sz w:val="30"/>
        </w:rPr>
        <w:br/>
        <w:t>TE IZVANNASTAVNIH AKTIVNOSTI</w:t>
      </w:r>
    </w:p>
    <w:p w14:paraId="3947BBD4" w14:textId="77777777" w:rsidR="00DD0BD0" w:rsidRDefault="002B524E">
      <w:pPr>
        <w:jc w:val="center"/>
      </w:pPr>
      <w:r>
        <w:rPr>
          <w:b/>
          <w:color w:val="5A646E"/>
          <w:sz w:val="20"/>
        </w:rPr>
        <w:t>PREDMETNA NASTAVA • školska godina 2026./2027.</w:t>
      </w:r>
    </w:p>
    <w:p w14:paraId="0FFD81CB" w14:textId="77777777" w:rsidR="00DD0BD0" w:rsidRDefault="002B524E">
      <w:pPr>
        <w:spacing w:before="200" w:after="80"/>
      </w:pPr>
      <w:r>
        <w:rPr>
          <w:b/>
          <w:color w:val="1F3755"/>
          <w:sz w:val="24"/>
        </w:rPr>
        <w:t>1. DOPUNSKA NASTAVA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520"/>
        <w:gridCol w:w="1872"/>
        <w:gridCol w:w="2376"/>
        <w:gridCol w:w="2448"/>
        <w:gridCol w:w="2880"/>
      </w:tblGrid>
      <w:tr w:rsidR="00DD0BD0" w14:paraId="3427A4C1" w14:textId="77777777">
        <w:trPr>
          <w:tblHeader/>
          <w:jc w:val="center"/>
        </w:trPr>
        <w:tc>
          <w:tcPr>
            <w:tcW w:w="223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69110E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Nastavnik / voditelj</w:t>
            </w:r>
          </w:p>
        </w:tc>
        <w:tc>
          <w:tcPr>
            <w:tcW w:w="252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8C0046D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Predmet / naziv aktivnosti</w:t>
            </w:r>
          </w:p>
        </w:tc>
        <w:tc>
          <w:tcPr>
            <w:tcW w:w="187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976A83B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Razred / ciljna skupina</w:t>
            </w:r>
          </w:p>
        </w:tc>
        <w:tc>
          <w:tcPr>
            <w:tcW w:w="2376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20C915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Dan i sat</w:t>
            </w:r>
          </w:p>
        </w:tc>
        <w:tc>
          <w:tcPr>
            <w:tcW w:w="2448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CCF08D0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Učionica / mjesto</w:t>
            </w:r>
          </w:p>
        </w:tc>
        <w:tc>
          <w:tcPr>
            <w:tcW w:w="288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D91F9C5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Napomena</w:t>
            </w:r>
          </w:p>
        </w:tc>
      </w:tr>
      <w:tr w:rsidR="00DD0BD0" w14:paraId="536FEE36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FE83DB4" w14:textId="77777777" w:rsidR="00DD0BD0" w:rsidRDefault="002B524E">
            <w:pPr>
              <w:spacing w:after="0"/>
            </w:pPr>
            <w:r>
              <w:rPr>
                <w:sz w:val="16"/>
              </w:rPr>
              <w:t>Nena Burica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B940812" w14:textId="77777777" w:rsidR="00DD0BD0" w:rsidRDefault="002B524E">
            <w:pPr>
              <w:spacing w:after="0"/>
            </w:pPr>
            <w:r>
              <w:rPr>
                <w:sz w:val="16"/>
              </w:rPr>
              <w:t>Matematika – dopunska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0660BF" w14:textId="77777777" w:rsidR="00DD0BD0" w:rsidRDefault="002B524E">
            <w:pPr>
              <w:spacing w:after="0"/>
            </w:pPr>
            <w:r>
              <w:rPr>
                <w:sz w:val="16"/>
              </w:rPr>
              <w:t>5.c, 8.c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BA60CB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D202AAE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7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612345F" w14:textId="77777777" w:rsidR="00DD0BD0" w:rsidRDefault="00DD0BD0">
            <w:pPr>
              <w:spacing w:after="0"/>
            </w:pPr>
          </w:p>
        </w:tc>
      </w:tr>
      <w:tr w:rsidR="00DD0BD0" w14:paraId="45BC9021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127552" w14:textId="77777777" w:rsidR="00DD0BD0" w:rsidRDefault="002B524E">
            <w:pPr>
              <w:spacing w:after="0"/>
            </w:pPr>
            <w:r>
              <w:rPr>
                <w:sz w:val="16"/>
              </w:rPr>
              <w:t>Dubravka Strbinic Ciko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2B8D40" w14:textId="77777777" w:rsidR="00DD0BD0" w:rsidRDefault="002B524E">
            <w:pPr>
              <w:spacing w:after="0"/>
            </w:pPr>
            <w:r>
              <w:rPr>
                <w:sz w:val="16"/>
              </w:rPr>
              <w:t>Engleski jezik – dopunska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D6AE82" w14:textId="7E75B6C7" w:rsidR="00DD0BD0" w:rsidRDefault="00846C02">
            <w:pPr>
              <w:spacing w:after="0"/>
            </w:pPr>
            <w:r>
              <w:rPr>
                <w:sz w:val="16"/>
              </w:rPr>
              <w:t>7.abc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2F19E67" w14:textId="77777777" w:rsidR="00DD0BD0" w:rsidRDefault="002B524E">
            <w:pPr>
              <w:spacing w:after="0"/>
            </w:pPr>
            <w:r>
              <w:rPr>
                <w:sz w:val="16"/>
              </w:rPr>
              <w:t>Srijeda,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A567B8F" w14:textId="77777777" w:rsidR="00DD0BD0" w:rsidRDefault="002B524E">
            <w:pPr>
              <w:spacing w:after="0"/>
            </w:pPr>
            <w:r>
              <w:rPr>
                <w:sz w:val="16"/>
              </w:rPr>
              <w:t>Učionica Engleskog jezika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2CEE1E3" w14:textId="77777777" w:rsidR="00DD0BD0" w:rsidRDefault="00DD0BD0">
            <w:pPr>
              <w:spacing w:after="0"/>
            </w:pPr>
          </w:p>
        </w:tc>
      </w:tr>
      <w:tr w:rsidR="00DD0BD0" w14:paraId="7D91D73A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DF2284D" w14:textId="77777777" w:rsidR="00DD0BD0" w:rsidRDefault="002B524E">
            <w:pPr>
              <w:spacing w:after="0"/>
            </w:pPr>
            <w:r>
              <w:rPr>
                <w:sz w:val="16"/>
              </w:rPr>
              <w:t>Lana Meter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01001D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Engleski jezik – </w:t>
            </w:r>
            <w:r>
              <w:rPr>
                <w:sz w:val="16"/>
              </w:rPr>
              <w:t>dopunska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76E5957" w14:textId="77777777" w:rsidR="00DD0BD0" w:rsidRDefault="002B524E">
            <w:pPr>
              <w:spacing w:after="0"/>
            </w:pPr>
            <w:r>
              <w:rPr>
                <w:sz w:val="16"/>
              </w:rPr>
              <w:t>5.abc, 8.abc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F661B60" w14:textId="77777777" w:rsidR="00DD0BD0" w:rsidRDefault="002B524E">
            <w:pPr>
              <w:spacing w:after="0"/>
            </w:pPr>
            <w:r>
              <w:rPr>
                <w:sz w:val="16"/>
              </w:rPr>
              <w:t>Srijeda,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34F143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36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188ACE" w14:textId="77777777" w:rsidR="00DD0BD0" w:rsidRDefault="00DD0BD0">
            <w:pPr>
              <w:spacing w:after="0"/>
            </w:pPr>
          </w:p>
        </w:tc>
      </w:tr>
      <w:tr w:rsidR="00DD0BD0" w14:paraId="2657D807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EFAB678" w14:textId="77777777" w:rsidR="00DD0BD0" w:rsidRDefault="002B524E">
            <w:pPr>
              <w:spacing w:after="0"/>
            </w:pPr>
            <w:r>
              <w:rPr>
                <w:sz w:val="16"/>
              </w:rPr>
              <w:t>Ana Matijević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336F0BC" w14:textId="77777777" w:rsidR="00DD0BD0" w:rsidRDefault="002B524E">
            <w:pPr>
              <w:spacing w:after="0"/>
            </w:pPr>
            <w:r>
              <w:rPr>
                <w:sz w:val="16"/>
              </w:rPr>
              <w:t>Matematika – dopunska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DBE3FA6" w14:textId="7C09906E" w:rsidR="00DD0BD0" w:rsidRDefault="002B524E">
            <w:pPr>
              <w:spacing w:after="0"/>
            </w:pPr>
            <w:r>
              <w:rPr>
                <w:sz w:val="16"/>
              </w:rPr>
              <w:t xml:space="preserve">7. </w:t>
            </w:r>
            <w:proofErr w:type="spellStart"/>
            <w:r w:rsidR="00846C02">
              <w:rPr>
                <w:sz w:val="16"/>
              </w:rPr>
              <w:t>abc</w:t>
            </w:r>
            <w:proofErr w:type="spellEnd"/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69CBDF7" w14:textId="77777777" w:rsidR="00DD0BD0" w:rsidRDefault="002B524E">
            <w:pPr>
              <w:spacing w:after="0"/>
            </w:pPr>
            <w:r>
              <w:rPr>
                <w:sz w:val="16"/>
              </w:rPr>
              <w:t>Srijeda, 7. sat (svaki drugi tjedan)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6306D8B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9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AE74BE8" w14:textId="14136F4C" w:rsidR="00DD0BD0" w:rsidRDefault="00846C02">
            <w:pPr>
              <w:spacing w:after="0"/>
            </w:pP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tjedan</w:t>
            </w:r>
            <w:proofErr w:type="spellEnd"/>
            <w:r>
              <w:t>.</w:t>
            </w:r>
          </w:p>
        </w:tc>
      </w:tr>
      <w:tr w:rsidR="00DD0BD0" w14:paraId="32B7F32E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30748BB" w14:textId="77777777" w:rsidR="00DD0BD0" w:rsidRDefault="002B524E">
            <w:pPr>
              <w:spacing w:after="0"/>
            </w:pPr>
            <w:r>
              <w:rPr>
                <w:sz w:val="16"/>
              </w:rPr>
              <w:t>Ana Matijević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97DECA7" w14:textId="77777777" w:rsidR="00DD0BD0" w:rsidRDefault="002B524E">
            <w:pPr>
              <w:spacing w:after="0"/>
            </w:pPr>
            <w:r>
              <w:rPr>
                <w:sz w:val="16"/>
              </w:rPr>
              <w:t>Matematika – dopunska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EC776C" w14:textId="2D619AA3" w:rsidR="00DD0BD0" w:rsidRDefault="002B524E">
            <w:pPr>
              <w:spacing w:after="0"/>
            </w:pPr>
            <w:r>
              <w:rPr>
                <w:sz w:val="16"/>
              </w:rPr>
              <w:t xml:space="preserve">6. </w:t>
            </w:r>
            <w:proofErr w:type="spellStart"/>
            <w:proofErr w:type="gramStart"/>
            <w:r w:rsidR="00846C02">
              <w:rPr>
                <w:sz w:val="16"/>
              </w:rPr>
              <w:t>b,c</w:t>
            </w:r>
            <w:proofErr w:type="spellEnd"/>
            <w:proofErr w:type="gramEnd"/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0AE18EB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1FEA911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9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1A8C5C5" w14:textId="346B6264" w:rsidR="00DD0BD0" w:rsidRDefault="00DD0BD0">
            <w:pPr>
              <w:spacing w:after="0"/>
            </w:pPr>
          </w:p>
        </w:tc>
      </w:tr>
      <w:tr w:rsidR="00DD0BD0" w14:paraId="7B7B0797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5F8F2AB" w14:textId="77777777" w:rsidR="00DD0BD0" w:rsidRDefault="002B524E">
            <w:pPr>
              <w:spacing w:after="0"/>
            </w:pPr>
            <w:r>
              <w:rPr>
                <w:sz w:val="16"/>
              </w:rPr>
              <w:t>Viktorija Kolombo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A82647C" w14:textId="77777777" w:rsidR="00DD0BD0" w:rsidRDefault="002B524E">
            <w:pPr>
              <w:spacing w:after="0"/>
            </w:pPr>
            <w:r>
              <w:rPr>
                <w:sz w:val="16"/>
              </w:rPr>
              <w:t>Povijest – dopunska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755C523" w14:textId="77777777" w:rsidR="00DD0BD0" w:rsidRDefault="002B524E">
            <w:pPr>
              <w:spacing w:after="0"/>
            </w:pPr>
            <w:r>
              <w:rPr>
                <w:sz w:val="16"/>
              </w:rPr>
              <w:t>8.a, 8.b, 8.c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0788C43" w14:textId="77777777" w:rsidR="00DD0BD0" w:rsidRDefault="002B524E">
            <w:pPr>
              <w:spacing w:after="0"/>
            </w:pPr>
            <w:r>
              <w:rPr>
                <w:sz w:val="16"/>
              </w:rPr>
              <w:t>Četvrtak,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BA990D3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36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325C81F" w14:textId="77777777" w:rsidR="00DD0BD0" w:rsidRDefault="00DD0BD0">
            <w:pPr>
              <w:spacing w:after="0"/>
            </w:pPr>
          </w:p>
        </w:tc>
      </w:tr>
      <w:tr w:rsidR="00DD0BD0" w14:paraId="4C0EFFD4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DF2880" w14:textId="77777777" w:rsidR="00DD0BD0" w:rsidRDefault="002B524E">
            <w:pPr>
              <w:spacing w:after="0"/>
            </w:pPr>
            <w:r>
              <w:rPr>
                <w:sz w:val="16"/>
              </w:rPr>
              <w:t>Mariana Baica Kostelac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121834D" w14:textId="3818B01F" w:rsidR="00DD0BD0" w:rsidRDefault="002B524E">
            <w:pPr>
              <w:spacing w:after="0"/>
            </w:pPr>
            <w:proofErr w:type="spellStart"/>
            <w:r>
              <w:rPr>
                <w:sz w:val="16"/>
              </w:rPr>
              <w:t>Kemija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dopunska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nastava</w:t>
            </w:r>
            <w:proofErr w:type="spellEnd"/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DB701C8" w14:textId="77777777" w:rsidR="00DD0BD0" w:rsidRDefault="002B524E">
            <w:pPr>
              <w:spacing w:after="0"/>
            </w:pPr>
            <w:r>
              <w:rPr>
                <w:sz w:val="16"/>
              </w:rPr>
              <w:t>7.abc, 8.b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CC2335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26F8205" w14:textId="77777777" w:rsidR="00DD0BD0" w:rsidRDefault="002B524E">
            <w:pPr>
              <w:spacing w:after="0"/>
            </w:pPr>
            <w:r>
              <w:rPr>
                <w:sz w:val="16"/>
              </w:rPr>
              <w:t>Učionica Kemije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DBC486" w14:textId="26295F84" w:rsidR="00DD0BD0" w:rsidRDefault="00DD0BD0">
            <w:pPr>
              <w:spacing w:after="0"/>
            </w:pPr>
          </w:p>
        </w:tc>
      </w:tr>
      <w:tr w:rsidR="00DD0BD0" w14:paraId="1E3CFCA9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67935DD" w14:textId="77777777" w:rsidR="00DD0BD0" w:rsidRDefault="002B524E">
            <w:pPr>
              <w:spacing w:after="0"/>
            </w:pPr>
            <w:r>
              <w:rPr>
                <w:sz w:val="16"/>
              </w:rPr>
              <w:t>Maja Abramović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31454ED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Engleski jezik – dopunska </w:t>
            </w:r>
            <w:r>
              <w:rPr>
                <w:sz w:val="16"/>
              </w:rPr>
              <w:t>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E0AC277" w14:textId="77777777" w:rsidR="00DD0BD0" w:rsidRDefault="002B524E">
            <w:pPr>
              <w:spacing w:after="0"/>
            </w:pPr>
            <w:r>
              <w:rPr>
                <w:sz w:val="16"/>
              </w:rPr>
              <w:t>6. razredi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DD33C2D" w14:textId="1C3B4B55" w:rsidR="00DD0BD0" w:rsidRDefault="002B524E">
            <w:pPr>
              <w:spacing w:after="0"/>
            </w:pPr>
            <w:r>
              <w:rPr>
                <w:sz w:val="16"/>
              </w:rPr>
              <w:t xml:space="preserve">Četvrtak, 7. </w:t>
            </w:r>
            <w:r w:rsidR="00846C02">
              <w:rPr>
                <w:sz w:val="16"/>
              </w:rPr>
              <w:t>s</w:t>
            </w:r>
            <w:r>
              <w:rPr>
                <w:sz w:val="16"/>
              </w:rPr>
              <w:t>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B8683C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10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C839020" w14:textId="77777777" w:rsidR="00DD0BD0" w:rsidRDefault="00DD0BD0">
            <w:pPr>
              <w:spacing w:after="0"/>
            </w:pPr>
          </w:p>
        </w:tc>
      </w:tr>
      <w:tr w:rsidR="00DD0BD0" w14:paraId="1510E1CA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4B59B7D" w14:textId="77777777" w:rsidR="00DD0BD0" w:rsidRDefault="002B524E">
            <w:pPr>
              <w:spacing w:after="0"/>
            </w:pPr>
            <w:r>
              <w:rPr>
                <w:sz w:val="16"/>
              </w:rPr>
              <w:t>Tamara Ivanović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61AD7CF" w14:textId="77777777" w:rsidR="00DD0BD0" w:rsidRDefault="002B524E">
            <w:pPr>
              <w:spacing w:after="0"/>
            </w:pPr>
            <w:r>
              <w:rPr>
                <w:sz w:val="16"/>
              </w:rPr>
              <w:t>Hrvatski jezik – dopunska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ED61264" w14:textId="77777777" w:rsidR="00DD0BD0" w:rsidRDefault="002B524E">
            <w:pPr>
              <w:spacing w:after="0"/>
            </w:pPr>
            <w:r>
              <w:rPr>
                <w:sz w:val="16"/>
              </w:rPr>
              <w:t>Učenici 5. – 8. razreda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D834465" w14:textId="77777777" w:rsidR="00846C02" w:rsidRDefault="002B524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Srijeda, 0. sat; </w:t>
            </w:r>
          </w:p>
          <w:p w14:paraId="658C5946" w14:textId="7667F91D" w:rsidR="00DD0BD0" w:rsidRDefault="00846C02">
            <w:pPr>
              <w:spacing w:after="0"/>
            </w:pPr>
            <w:proofErr w:type="spellStart"/>
            <w:r>
              <w:rPr>
                <w:sz w:val="16"/>
              </w:rPr>
              <w:t>P</w:t>
            </w:r>
            <w:r w:rsidR="002B524E">
              <w:rPr>
                <w:sz w:val="16"/>
              </w:rPr>
              <w:t>etak</w:t>
            </w:r>
            <w:proofErr w:type="spellEnd"/>
            <w:r w:rsidR="002B524E">
              <w:rPr>
                <w:sz w:val="16"/>
              </w:rPr>
              <w:t xml:space="preserve">, 6. </w:t>
            </w:r>
            <w:r>
              <w:rPr>
                <w:sz w:val="16"/>
              </w:rPr>
              <w:t>s</w:t>
            </w:r>
            <w:r w:rsidR="002B524E">
              <w:rPr>
                <w:sz w:val="16"/>
              </w:rPr>
              <w:t>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BD1F7B" w14:textId="736DAB97" w:rsidR="00846C02" w:rsidRDefault="002B524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Učionica br. 6</w:t>
            </w:r>
            <w:r>
              <w:rPr>
                <w:sz w:val="16"/>
              </w:rPr>
              <w:t xml:space="preserve"> </w:t>
            </w:r>
          </w:p>
          <w:p w14:paraId="5449AF31" w14:textId="6B8EF03B" w:rsidR="00DD0BD0" w:rsidRDefault="00846C02">
            <w:pPr>
              <w:spacing w:after="0"/>
            </w:pPr>
            <w:proofErr w:type="spellStart"/>
            <w:r>
              <w:rPr>
                <w:sz w:val="16"/>
              </w:rPr>
              <w:t>U</w:t>
            </w:r>
            <w:r w:rsidR="002B524E">
              <w:rPr>
                <w:sz w:val="16"/>
              </w:rPr>
              <w:t>čionica</w:t>
            </w:r>
            <w:proofErr w:type="spellEnd"/>
            <w:r w:rsidR="002B524E">
              <w:rPr>
                <w:sz w:val="16"/>
              </w:rPr>
              <w:t xml:space="preserve"> br. 4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9D2BFB2" w14:textId="65A305C3" w:rsidR="00DD0BD0" w:rsidRDefault="00DD0BD0">
            <w:pPr>
              <w:spacing w:after="0"/>
            </w:pPr>
          </w:p>
        </w:tc>
      </w:tr>
      <w:tr w:rsidR="00DD0BD0" w14:paraId="029670C8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3B2B8DB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Sofija </w:t>
            </w:r>
            <w:r>
              <w:rPr>
                <w:sz w:val="16"/>
              </w:rPr>
              <w:t>Boras Itković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6A856C" w14:textId="77777777" w:rsidR="00DD0BD0" w:rsidRDefault="002B524E">
            <w:pPr>
              <w:spacing w:after="0"/>
            </w:pPr>
            <w:r>
              <w:rPr>
                <w:sz w:val="16"/>
              </w:rPr>
              <w:t>Kemija – dopunska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38D4E3D" w14:textId="77777777" w:rsidR="00DD0BD0" w:rsidRDefault="002B524E">
            <w:pPr>
              <w:spacing w:after="0"/>
            </w:pPr>
            <w:r>
              <w:rPr>
                <w:sz w:val="16"/>
              </w:rPr>
              <w:t>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FF3101" w14:textId="01BC02EA" w:rsidR="00DD0BD0" w:rsidRDefault="002B524E">
            <w:pPr>
              <w:spacing w:after="0"/>
            </w:pPr>
            <w:r>
              <w:rPr>
                <w:sz w:val="16"/>
              </w:rPr>
              <w:t xml:space="preserve">Srijeda, 7. </w:t>
            </w:r>
            <w:r w:rsidR="00846C02">
              <w:rPr>
                <w:sz w:val="16"/>
              </w:rPr>
              <w:t>s</w:t>
            </w:r>
            <w:r>
              <w:rPr>
                <w:sz w:val="16"/>
              </w:rPr>
              <w:t>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07F212" w14:textId="77777777" w:rsidR="00DD0BD0" w:rsidRDefault="002B524E">
            <w:pPr>
              <w:spacing w:after="0"/>
            </w:pPr>
            <w:r>
              <w:rPr>
                <w:sz w:val="16"/>
              </w:rPr>
              <w:t>Učionica Kemije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EDE5603" w14:textId="77777777" w:rsidR="00DD0BD0" w:rsidRDefault="00DD0BD0">
            <w:pPr>
              <w:spacing w:after="0"/>
            </w:pPr>
          </w:p>
        </w:tc>
      </w:tr>
      <w:tr w:rsidR="00DD0BD0" w14:paraId="3F4AED32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0716B44" w14:textId="77777777" w:rsidR="00DD0BD0" w:rsidRDefault="002B524E">
            <w:pPr>
              <w:spacing w:after="0"/>
            </w:pPr>
            <w:r>
              <w:rPr>
                <w:sz w:val="16"/>
              </w:rPr>
              <w:t>Afrodita Rekić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A2CFBE6" w14:textId="77777777" w:rsidR="00DD0BD0" w:rsidRDefault="002B524E">
            <w:pPr>
              <w:spacing w:after="0"/>
            </w:pPr>
            <w:r>
              <w:rPr>
                <w:sz w:val="16"/>
              </w:rPr>
              <w:t>Dopunska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C8A27D" w14:textId="77777777" w:rsidR="00DD0BD0" w:rsidRDefault="002B524E">
            <w:pPr>
              <w:spacing w:after="0"/>
            </w:pPr>
            <w:r>
              <w:rPr>
                <w:sz w:val="16"/>
              </w:rPr>
              <w:t>5.a, 5.b, 6.a, 8.a, 8.b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0E59AB" w14:textId="3C837762" w:rsidR="00DD0BD0" w:rsidRDefault="002B524E">
            <w:pPr>
              <w:spacing w:after="0"/>
            </w:pPr>
            <w:r>
              <w:rPr>
                <w:sz w:val="16"/>
              </w:rPr>
              <w:t xml:space="preserve">Četvrtak, 7. </w:t>
            </w:r>
            <w:r w:rsidR="00846C02">
              <w:rPr>
                <w:sz w:val="16"/>
              </w:rPr>
              <w:t>s</w:t>
            </w:r>
            <w:r>
              <w:rPr>
                <w:sz w:val="16"/>
              </w:rPr>
              <w:t>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92E12B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7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8D505C4" w14:textId="1A87BF33" w:rsidR="00DD0BD0" w:rsidRDefault="00DD0BD0">
            <w:pPr>
              <w:spacing w:after="0"/>
            </w:pPr>
          </w:p>
        </w:tc>
      </w:tr>
      <w:tr w:rsidR="00DD0BD0" w14:paraId="191E55EB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7A6B76" w14:textId="77777777" w:rsidR="00DD0BD0" w:rsidRDefault="002B524E">
            <w:pPr>
              <w:spacing w:after="0"/>
            </w:pPr>
            <w:r>
              <w:rPr>
                <w:sz w:val="16"/>
              </w:rPr>
              <w:t>Jelena Buđanec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B794E9B" w14:textId="77777777" w:rsidR="00DD0BD0" w:rsidRDefault="002B524E">
            <w:pPr>
              <w:spacing w:after="0"/>
            </w:pPr>
            <w:r>
              <w:rPr>
                <w:sz w:val="16"/>
              </w:rPr>
              <w:t>Dopunska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7C967C1" w14:textId="77777777" w:rsidR="00DD0BD0" w:rsidRDefault="002B524E">
            <w:pPr>
              <w:spacing w:after="0"/>
            </w:pPr>
            <w:r>
              <w:rPr>
                <w:sz w:val="16"/>
              </w:rPr>
              <w:t>5.a, 5.b, 7.a, 7.b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49E099D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DE3B635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4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3D1F7DB" w14:textId="77777777" w:rsidR="00DD0BD0" w:rsidRDefault="00DD0BD0">
            <w:pPr>
              <w:spacing w:after="0"/>
            </w:pPr>
          </w:p>
        </w:tc>
      </w:tr>
    </w:tbl>
    <w:p w14:paraId="3BD2C52E" w14:textId="77777777" w:rsidR="00DD0BD0" w:rsidRDefault="00DD0BD0">
      <w:pPr>
        <w:spacing w:after="0"/>
      </w:pPr>
    </w:p>
    <w:p w14:paraId="04834241" w14:textId="77777777" w:rsidR="00846C02" w:rsidRDefault="00846C02">
      <w:pPr>
        <w:spacing w:before="200" w:after="80"/>
        <w:rPr>
          <w:b/>
          <w:color w:val="1F3755"/>
          <w:sz w:val="24"/>
        </w:rPr>
      </w:pPr>
    </w:p>
    <w:p w14:paraId="77DA421E" w14:textId="77777777" w:rsidR="00846C02" w:rsidRDefault="00846C02">
      <w:pPr>
        <w:spacing w:before="200" w:after="80"/>
        <w:rPr>
          <w:b/>
          <w:color w:val="1F3755"/>
          <w:sz w:val="24"/>
        </w:rPr>
      </w:pPr>
    </w:p>
    <w:p w14:paraId="05B97C79" w14:textId="77777777" w:rsidR="00846C02" w:rsidRDefault="00846C02">
      <w:pPr>
        <w:spacing w:before="200" w:after="80"/>
        <w:rPr>
          <w:b/>
          <w:color w:val="1F3755"/>
          <w:sz w:val="24"/>
        </w:rPr>
      </w:pPr>
    </w:p>
    <w:p w14:paraId="1FE34104" w14:textId="0B27822C" w:rsidR="00DD0BD0" w:rsidRDefault="002B524E">
      <w:pPr>
        <w:spacing w:before="200" w:after="80"/>
      </w:pPr>
      <w:r>
        <w:rPr>
          <w:b/>
          <w:color w:val="1F3755"/>
          <w:sz w:val="24"/>
        </w:rPr>
        <w:lastRenderedPageBreak/>
        <w:t>2. DODATNA NASTAVA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520"/>
        <w:gridCol w:w="1872"/>
        <w:gridCol w:w="2376"/>
        <w:gridCol w:w="2448"/>
        <w:gridCol w:w="2880"/>
      </w:tblGrid>
      <w:tr w:rsidR="00DD0BD0" w14:paraId="1D620343" w14:textId="77777777">
        <w:trPr>
          <w:tblHeader/>
          <w:jc w:val="center"/>
        </w:trPr>
        <w:tc>
          <w:tcPr>
            <w:tcW w:w="223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41FEFB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Nastavnik / voditelj</w:t>
            </w:r>
          </w:p>
        </w:tc>
        <w:tc>
          <w:tcPr>
            <w:tcW w:w="252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DFDCCB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Predmet / naziv aktivnosti</w:t>
            </w:r>
          </w:p>
        </w:tc>
        <w:tc>
          <w:tcPr>
            <w:tcW w:w="187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262A18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Razred / ciljna skupina</w:t>
            </w:r>
          </w:p>
        </w:tc>
        <w:tc>
          <w:tcPr>
            <w:tcW w:w="2376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829A61A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Dan i sat</w:t>
            </w:r>
          </w:p>
        </w:tc>
        <w:tc>
          <w:tcPr>
            <w:tcW w:w="2448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D5DC95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Učionica / mjesto</w:t>
            </w:r>
          </w:p>
        </w:tc>
        <w:tc>
          <w:tcPr>
            <w:tcW w:w="288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77C0F40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Napomena</w:t>
            </w:r>
          </w:p>
        </w:tc>
      </w:tr>
      <w:tr w:rsidR="00DD0BD0" w14:paraId="2C59BC1F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423E23A" w14:textId="77777777" w:rsidR="00DD0BD0" w:rsidRDefault="002B524E">
            <w:pPr>
              <w:spacing w:after="0"/>
            </w:pPr>
            <w:r>
              <w:rPr>
                <w:sz w:val="16"/>
              </w:rPr>
              <w:t>Ana Matijević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AAB072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Matematika – </w:t>
            </w:r>
            <w:r>
              <w:rPr>
                <w:sz w:val="16"/>
              </w:rPr>
              <w:t>dodatna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3FFC66" w14:textId="77777777" w:rsidR="00DD0BD0" w:rsidRDefault="002B524E">
            <w:pPr>
              <w:spacing w:after="0"/>
            </w:pPr>
            <w:r>
              <w:rPr>
                <w:sz w:val="16"/>
              </w:rPr>
              <w:t>6.b, 6.c, 7.a, 7.b, 7.c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C2BFF9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94BBB60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9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9603EE5" w14:textId="518FA334" w:rsidR="00DD0BD0" w:rsidRDefault="00DD0BD0">
            <w:pPr>
              <w:spacing w:after="0"/>
            </w:pPr>
          </w:p>
        </w:tc>
      </w:tr>
      <w:tr w:rsidR="00DD0BD0" w14:paraId="4A438D93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992BE71" w14:textId="77777777" w:rsidR="00DD0BD0" w:rsidRDefault="002B524E">
            <w:pPr>
              <w:spacing w:after="0"/>
            </w:pPr>
            <w:r>
              <w:rPr>
                <w:sz w:val="16"/>
              </w:rPr>
              <w:t>Viktorija Kolombo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DA0ABF9" w14:textId="77777777" w:rsidR="00DD0BD0" w:rsidRDefault="002B524E">
            <w:pPr>
              <w:spacing w:after="0"/>
            </w:pPr>
            <w:r>
              <w:rPr>
                <w:sz w:val="16"/>
              </w:rPr>
              <w:t>Povijest – dodatna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F24EC3" w14:textId="77777777" w:rsidR="00DD0BD0" w:rsidRDefault="002B524E">
            <w:pPr>
              <w:spacing w:after="0"/>
            </w:pPr>
            <w:r>
              <w:rPr>
                <w:sz w:val="16"/>
              </w:rPr>
              <w:t>8.a, 8.b, 8.c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5C490D8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0F567A5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33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195C8C1" w14:textId="77777777" w:rsidR="00DD0BD0" w:rsidRDefault="00DD0BD0">
            <w:pPr>
              <w:spacing w:after="0"/>
            </w:pPr>
          </w:p>
        </w:tc>
      </w:tr>
      <w:tr w:rsidR="00DD0BD0" w14:paraId="19A4639B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9B1034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Mariana Baica </w:t>
            </w:r>
            <w:r>
              <w:rPr>
                <w:sz w:val="16"/>
              </w:rPr>
              <w:t>Kostelac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3C95F87" w14:textId="77777777" w:rsidR="00DD0BD0" w:rsidRDefault="002B524E">
            <w:pPr>
              <w:spacing w:after="0"/>
            </w:pPr>
            <w:r>
              <w:rPr>
                <w:sz w:val="16"/>
              </w:rPr>
              <w:t>Kemija – dopunska/dodatna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F628034" w14:textId="77777777" w:rsidR="00DD0BD0" w:rsidRDefault="002B524E">
            <w:pPr>
              <w:spacing w:after="0"/>
            </w:pPr>
            <w:r>
              <w:rPr>
                <w:sz w:val="16"/>
              </w:rPr>
              <w:t>7.abc, 8.b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0DD33A4" w14:textId="75E3234D" w:rsidR="00DD0BD0" w:rsidRDefault="00846C02">
            <w:pPr>
              <w:spacing w:after="0"/>
            </w:pPr>
            <w:proofErr w:type="spellStart"/>
            <w:r>
              <w:rPr>
                <w:sz w:val="16"/>
              </w:rPr>
              <w:t>Utorak</w:t>
            </w:r>
            <w:proofErr w:type="spellEnd"/>
            <w:r>
              <w:rPr>
                <w:sz w:val="16"/>
              </w:rPr>
              <w:t>, 7.sat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112F1DF" w14:textId="7DFC480D" w:rsidR="00DD0BD0" w:rsidRDefault="00846C02">
            <w:pPr>
              <w:spacing w:after="0"/>
            </w:pPr>
            <w:proofErr w:type="spellStart"/>
            <w:r>
              <w:rPr>
                <w:sz w:val="16"/>
              </w:rPr>
              <w:t>Učionica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Kemije</w:t>
            </w:r>
            <w:proofErr w:type="spellEnd"/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D5C2F0" w14:textId="5F95FA53" w:rsidR="00DD0BD0" w:rsidRDefault="00DD0BD0">
            <w:pPr>
              <w:spacing w:after="0"/>
            </w:pPr>
          </w:p>
        </w:tc>
      </w:tr>
      <w:tr w:rsidR="00DD0BD0" w14:paraId="713BCCE9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28DF2DF" w14:textId="77777777" w:rsidR="00DD0BD0" w:rsidRDefault="002B524E">
            <w:pPr>
              <w:spacing w:after="0"/>
            </w:pPr>
            <w:r>
              <w:rPr>
                <w:sz w:val="16"/>
              </w:rPr>
              <w:t>Maja Abramović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AAB2C61" w14:textId="77777777" w:rsidR="00DD0BD0" w:rsidRDefault="002B524E">
            <w:pPr>
              <w:spacing w:after="0"/>
            </w:pPr>
            <w:r>
              <w:rPr>
                <w:sz w:val="16"/>
              </w:rPr>
              <w:t>Engleski jezik – dodatna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3D25724" w14:textId="77777777" w:rsidR="00DD0BD0" w:rsidRDefault="002B524E">
            <w:pPr>
              <w:spacing w:after="0"/>
            </w:pPr>
            <w:r>
              <w:rPr>
                <w:sz w:val="16"/>
              </w:rPr>
              <w:t>7. i 8. razredi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65A1A6" w14:textId="2A63A84F" w:rsidR="00DD0BD0" w:rsidRDefault="003865F9">
            <w:pPr>
              <w:spacing w:after="0"/>
            </w:pPr>
            <w:proofErr w:type="spellStart"/>
            <w:r>
              <w:rPr>
                <w:sz w:val="16"/>
              </w:rPr>
              <w:t>Č</w:t>
            </w:r>
            <w:r w:rsidR="002B524E">
              <w:rPr>
                <w:sz w:val="16"/>
              </w:rPr>
              <w:t>etvrtak</w:t>
            </w:r>
            <w:proofErr w:type="spellEnd"/>
            <w:r w:rsidR="002B524E">
              <w:rPr>
                <w:sz w:val="16"/>
              </w:rPr>
              <w:t>, 8.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0F71F2A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10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3738180" w14:textId="20030DD3" w:rsidR="00DD0BD0" w:rsidRDefault="00DD0BD0">
            <w:pPr>
              <w:spacing w:after="0"/>
            </w:pPr>
          </w:p>
        </w:tc>
      </w:tr>
      <w:tr w:rsidR="00DD0BD0" w14:paraId="2429A1B0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E30F671" w14:textId="77777777" w:rsidR="00DD0BD0" w:rsidRDefault="002B524E">
            <w:pPr>
              <w:spacing w:after="0"/>
            </w:pPr>
            <w:r>
              <w:rPr>
                <w:sz w:val="16"/>
              </w:rPr>
              <w:t>Sofija Boras Itković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76B00D3" w14:textId="77777777" w:rsidR="00DD0BD0" w:rsidRDefault="002B524E">
            <w:pPr>
              <w:spacing w:after="0"/>
            </w:pPr>
            <w:r>
              <w:rPr>
                <w:sz w:val="16"/>
              </w:rPr>
              <w:t>Kemija/Biologija – dodatna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F0B8C33" w14:textId="77777777" w:rsidR="00DD0BD0" w:rsidRDefault="002B524E">
            <w:pPr>
              <w:spacing w:after="0"/>
            </w:pPr>
            <w:r>
              <w:rPr>
                <w:sz w:val="16"/>
              </w:rPr>
              <w:t>8. 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0E496F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423F70C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Učionica </w:t>
            </w:r>
            <w:r>
              <w:rPr>
                <w:sz w:val="16"/>
              </w:rPr>
              <w:t>Kemije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2C96B64" w14:textId="77777777" w:rsidR="00DD0BD0" w:rsidRDefault="00DD0BD0">
            <w:pPr>
              <w:spacing w:after="0"/>
            </w:pPr>
          </w:p>
        </w:tc>
      </w:tr>
      <w:tr w:rsidR="00DD0BD0" w14:paraId="737C663D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C2CA5EA" w14:textId="77777777" w:rsidR="00DD0BD0" w:rsidRDefault="002B524E">
            <w:pPr>
              <w:spacing w:after="0"/>
            </w:pPr>
            <w:r>
              <w:rPr>
                <w:sz w:val="16"/>
              </w:rPr>
              <w:t>Afrodita Rekić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7E5FF11" w14:textId="77777777" w:rsidR="00DD0BD0" w:rsidRDefault="002B524E">
            <w:pPr>
              <w:spacing w:after="0"/>
            </w:pPr>
            <w:r>
              <w:rPr>
                <w:sz w:val="16"/>
              </w:rPr>
              <w:t>Dodatna nastava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D76E8CC" w14:textId="77777777" w:rsidR="00DD0BD0" w:rsidRDefault="002B524E">
            <w:pPr>
              <w:spacing w:after="0"/>
            </w:pPr>
            <w:r>
              <w:rPr>
                <w:sz w:val="16"/>
              </w:rPr>
              <w:t>5.a, 5.b, 6.a, 8.a, 8.b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5CDA7BB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DA8B807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7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CA8D18F" w14:textId="570DC252" w:rsidR="00DD0BD0" w:rsidRDefault="00DD0BD0">
            <w:pPr>
              <w:spacing w:after="0"/>
            </w:pPr>
          </w:p>
        </w:tc>
      </w:tr>
      <w:tr w:rsidR="00DD0BD0" w14:paraId="2E4FAC49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66B25C7" w14:textId="77777777" w:rsidR="00DD0BD0" w:rsidRDefault="002B524E">
            <w:pPr>
              <w:spacing w:after="0"/>
            </w:pPr>
            <w:r>
              <w:rPr>
                <w:sz w:val="16"/>
              </w:rPr>
              <w:t>Božica Čičmir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7950142" w14:textId="77777777" w:rsidR="00DD0BD0" w:rsidRDefault="002B524E">
            <w:pPr>
              <w:spacing w:after="0"/>
            </w:pPr>
            <w:r>
              <w:rPr>
                <w:sz w:val="16"/>
              </w:rPr>
              <w:t>Geografija – dodatna nastava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A5E2323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876A73E" w14:textId="77777777" w:rsidR="00DD0BD0" w:rsidRDefault="002B524E">
            <w:pPr>
              <w:spacing w:after="0"/>
            </w:pPr>
            <w:r>
              <w:rPr>
                <w:sz w:val="16"/>
              </w:rPr>
              <w:t>Utorak,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AFAD1D5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15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350D030" w14:textId="77777777" w:rsidR="00DD0BD0" w:rsidRDefault="00DD0BD0">
            <w:pPr>
              <w:spacing w:after="0"/>
            </w:pPr>
          </w:p>
        </w:tc>
      </w:tr>
    </w:tbl>
    <w:p w14:paraId="4191471C" w14:textId="77777777" w:rsidR="00DD0BD0" w:rsidRDefault="00DD0BD0">
      <w:pPr>
        <w:spacing w:after="0"/>
      </w:pPr>
    </w:p>
    <w:p w14:paraId="7D61C7CC" w14:textId="77777777" w:rsidR="00DD0BD0" w:rsidRDefault="002B524E">
      <w:pPr>
        <w:spacing w:before="200" w:after="80"/>
      </w:pPr>
      <w:r>
        <w:rPr>
          <w:b/>
          <w:color w:val="1F3755"/>
          <w:sz w:val="24"/>
        </w:rPr>
        <w:t>3. IZVANNASTAVNE AKTIVNOSTI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520"/>
        <w:gridCol w:w="1872"/>
        <w:gridCol w:w="2376"/>
        <w:gridCol w:w="2448"/>
        <w:gridCol w:w="2880"/>
      </w:tblGrid>
      <w:tr w:rsidR="00DD0BD0" w14:paraId="020F4B10" w14:textId="77777777">
        <w:trPr>
          <w:tblHeader/>
          <w:jc w:val="center"/>
        </w:trPr>
        <w:tc>
          <w:tcPr>
            <w:tcW w:w="223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B3ADA04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Nastavnik / voditelj</w:t>
            </w:r>
          </w:p>
        </w:tc>
        <w:tc>
          <w:tcPr>
            <w:tcW w:w="252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CA9D81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Predmet / naziv aktivnosti</w:t>
            </w:r>
          </w:p>
        </w:tc>
        <w:tc>
          <w:tcPr>
            <w:tcW w:w="1872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7090D5D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Razred / ciljna skupina</w:t>
            </w:r>
          </w:p>
        </w:tc>
        <w:tc>
          <w:tcPr>
            <w:tcW w:w="2376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152AF22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Dan i sat</w:t>
            </w:r>
          </w:p>
        </w:tc>
        <w:tc>
          <w:tcPr>
            <w:tcW w:w="2448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C15790D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Učionica / mjesto</w:t>
            </w:r>
          </w:p>
        </w:tc>
        <w:tc>
          <w:tcPr>
            <w:tcW w:w="2880" w:type="dxa"/>
            <w:shd w:val="clear" w:color="auto" w:fill="1F3755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D1CF6C" w14:textId="77777777" w:rsidR="00DD0BD0" w:rsidRDefault="002B524E">
            <w:pPr>
              <w:jc w:val="center"/>
            </w:pPr>
            <w:r>
              <w:rPr>
                <w:b/>
                <w:color w:val="FFFFFF"/>
                <w:sz w:val="16"/>
              </w:rPr>
              <w:t>Napomena</w:t>
            </w:r>
          </w:p>
        </w:tc>
      </w:tr>
      <w:tr w:rsidR="00DD0BD0" w14:paraId="5F75D6D6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FBF5CC9" w14:textId="77777777" w:rsidR="00DD0BD0" w:rsidRDefault="002B524E">
            <w:pPr>
              <w:spacing w:after="0"/>
            </w:pPr>
            <w:r>
              <w:rPr>
                <w:sz w:val="16"/>
              </w:rPr>
              <w:t>Josipa Petrić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5758CD" w14:textId="77777777" w:rsidR="00DD0BD0" w:rsidRDefault="002B524E">
            <w:pPr>
              <w:spacing w:after="0"/>
            </w:pPr>
            <w:r>
              <w:rPr>
                <w:sz w:val="16"/>
              </w:rPr>
              <w:t>Mješovita sportska grupa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0F6696B" w14:textId="77777777" w:rsidR="00DD0BD0" w:rsidRDefault="002B524E">
            <w:pPr>
              <w:spacing w:after="0"/>
            </w:pPr>
            <w:r>
              <w:rPr>
                <w:sz w:val="16"/>
              </w:rPr>
              <w:t>4. – 8. 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370981" w14:textId="1C1D9AD4" w:rsidR="00DD0BD0" w:rsidRDefault="003865F9">
            <w:pPr>
              <w:spacing w:after="0"/>
            </w:pPr>
            <w:r>
              <w:rPr>
                <w:sz w:val="16"/>
              </w:rPr>
              <w:t xml:space="preserve">Po </w:t>
            </w:r>
            <w:proofErr w:type="spellStart"/>
            <w:r>
              <w:rPr>
                <w:sz w:val="16"/>
              </w:rPr>
              <w:t>dogovoru</w:t>
            </w:r>
            <w:proofErr w:type="spellEnd"/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2749FAF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Dvorana, igralište, hol, </w:t>
            </w:r>
            <w:r>
              <w:rPr>
                <w:sz w:val="16"/>
              </w:rPr>
              <w:t>pozornica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F1EE64B" w14:textId="77777777" w:rsidR="00DD0BD0" w:rsidRDefault="00DD0BD0">
            <w:pPr>
              <w:spacing w:after="0"/>
            </w:pPr>
          </w:p>
        </w:tc>
      </w:tr>
      <w:tr w:rsidR="00DD0BD0" w14:paraId="3945C74E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6BFB8DE" w14:textId="77777777" w:rsidR="00DD0BD0" w:rsidRDefault="002B524E">
            <w:pPr>
              <w:spacing w:after="0"/>
            </w:pPr>
            <w:r>
              <w:rPr>
                <w:sz w:val="16"/>
              </w:rPr>
              <w:t>Antoni Paškov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23F06B" w14:textId="77777777" w:rsidR="00DD0BD0" w:rsidRDefault="002B524E">
            <w:pPr>
              <w:spacing w:after="0"/>
            </w:pPr>
            <w:r>
              <w:rPr>
                <w:sz w:val="16"/>
              </w:rPr>
              <w:t>Likovna grupa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1CB158F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706DCE0" w14:textId="77777777" w:rsidR="00DD0BD0" w:rsidRDefault="002B524E">
            <w:pPr>
              <w:spacing w:after="0"/>
            </w:pPr>
            <w:r>
              <w:rPr>
                <w:sz w:val="16"/>
              </w:rPr>
              <w:t>Petak, 7. i 8.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D54539E" w14:textId="3486B00E" w:rsidR="00DD0BD0" w:rsidRDefault="002B524E">
            <w:pPr>
              <w:spacing w:after="0"/>
            </w:pPr>
            <w:proofErr w:type="spellStart"/>
            <w:r>
              <w:rPr>
                <w:sz w:val="16"/>
              </w:rPr>
              <w:t>Učionica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3865F9">
              <w:rPr>
                <w:sz w:val="16"/>
              </w:rPr>
              <w:t>L</w:t>
            </w:r>
            <w:r>
              <w:rPr>
                <w:sz w:val="16"/>
              </w:rPr>
              <w:t>ikovne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kulture</w:t>
            </w:r>
            <w:proofErr w:type="spellEnd"/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718B0DC" w14:textId="77777777" w:rsidR="00DD0BD0" w:rsidRDefault="00DD0BD0">
            <w:pPr>
              <w:spacing w:after="0"/>
            </w:pPr>
          </w:p>
        </w:tc>
      </w:tr>
      <w:tr w:rsidR="00DD0BD0" w14:paraId="627C3BB6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FBDDF1" w14:textId="77777777" w:rsidR="00DD0BD0" w:rsidRDefault="002B524E">
            <w:pPr>
              <w:spacing w:after="0"/>
            </w:pPr>
            <w:r>
              <w:rPr>
                <w:sz w:val="16"/>
              </w:rPr>
              <w:t>Antoni Paškov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D7E41E4" w14:textId="77777777" w:rsidR="00DD0BD0" w:rsidRDefault="002B524E">
            <w:pPr>
              <w:spacing w:after="0"/>
            </w:pPr>
            <w:r>
              <w:rPr>
                <w:sz w:val="16"/>
              </w:rPr>
              <w:t>BrAin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FB28B6A" w14:textId="77777777" w:rsidR="00DD0BD0" w:rsidRDefault="002B524E">
            <w:pPr>
              <w:spacing w:after="0"/>
            </w:pPr>
            <w:r>
              <w:rPr>
                <w:sz w:val="16"/>
              </w:rPr>
              <w:t>7.c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F9B3534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54E19C" w14:textId="2432072C" w:rsidR="00DD0BD0" w:rsidRDefault="002B524E">
            <w:pPr>
              <w:spacing w:after="0"/>
            </w:pPr>
            <w:proofErr w:type="spellStart"/>
            <w:r>
              <w:rPr>
                <w:sz w:val="16"/>
              </w:rPr>
              <w:t>Učionica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3865F9">
              <w:rPr>
                <w:sz w:val="16"/>
              </w:rPr>
              <w:t>L</w:t>
            </w:r>
            <w:r>
              <w:rPr>
                <w:sz w:val="16"/>
              </w:rPr>
              <w:t>ikovne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kulture</w:t>
            </w:r>
            <w:proofErr w:type="spellEnd"/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35FEFB9" w14:textId="0023AE6E" w:rsidR="00DD0BD0" w:rsidRDefault="00DD0BD0">
            <w:pPr>
              <w:spacing w:after="0"/>
            </w:pPr>
          </w:p>
        </w:tc>
      </w:tr>
      <w:tr w:rsidR="00DD0BD0" w14:paraId="1D55EB0B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30B9519" w14:textId="77777777" w:rsidR="00DD0BD0" w:rsidRDefault="002B524E">
            <w:pPr>
              <w:spacing w:after="0"/>
            </w:pPr>
            <w:r>
              <w:rPr>
                <w:sz w:val="16"/>
              </w:rPr>
              <w:t>Karina Waclawczyk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63D411" w14:textId="77777777" w:rsidR="00DD0BD0" w:rsidRDefault="002B524E">
            <w:pPr>
              <w:spacing w:after="0"/>
            </w:pPr>
            <w:r>
              <w:rPr>
                <w:sz w:val="16"/>
              </w:rPr>
              <w:t>Fizika: korak dalje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6CB9745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7. </w:t>
            </w:r>
            <w:r>
              <w:rPr>
                <w:sz w:val="16"/>
              </w:rPr>
              <w:t>abc, 8. abc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B771F16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3F073DA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33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A99120A" w14:textId="77777777" w:rsidR="00DD0BD0" w:rsidRDefault="00DD0BD0">
            <w:pPr>
              <w:spacing w:after="0"/>
            </w:pPr>
          </w:p>
        </w:tc>
      </w:tr>
      <w:tr w:rsidR="00DD0BD0" w14:paraId="7DDD66B6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426BD92" w14:textId="77777777" w:rsidR="00DD0BD0" w:rsidRDefault="002B524E">
            <w:pPr>
              <w:spacing w:after="0"/>
            </w:pPr>
            <w:r>
              <w:rPr>
                <w:sz w:val="16"/>
              </w:rPr>
              <w:t>Nataša Jurić Stanković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D4342D5" w14:textId="77777777" w:rsidR="00DD0BD0" w:rsidRDefault="002B524E">
            <w:pPr>
              <w:spacing w:after="0"/>
            </w:pPr>
            <w:r>
              <w:rPr>
                <w:sz w:val="16"/>
              </w:rPr>
              <w:t>Dramska skupina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67D971" w14:textId="77777777" w:rsidR="00DD0BD0" w:rsidRDefault="002B524E">
            <w:pPr>
              <w:spacing w:after="0"/>
            </w:pPr>
            <w:r>
              <w:rPr>
                <w:sz w:val="16"/>
              </w:rPr>
              <w:t>Učenici 5. – 8. razreda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30DABC0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E82CD92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6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B155EA9" w14:textId="77777777" w:rsidR="00DD0BD0" w:rsidRDefault="00DD0BD0">
            <w:pPr>
              <w:spacing w:after="0"/>
            </w:pPr>
          </w:p>
        </w:tc>
      </w:tr>
      <w:tr w:rsidR="00DD0BD0" w14:paraId="332E2866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1BA54EC" w14:textId="77777777" w:rsidR="00DD0BD0" w:rsidRDefault="002B524E">
            <w:pPr>
              <w:spacing w:after="0"/>
            </w:pPr>
            <w:r>
              <w:rPr>
                <w:sz w:val="16"/>
              </w:rPr>
              <w:t>Boško Reljanović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4589E80" w14:textId="77777777" w:rsidR="00DD0BD0" w:rsidRDefault="002B524E">
            <w:pPr>
              <w:spacing w:after="0"/>
            </w:pPr>
            <w:r>
              <w:rPr>
                <w:sz w:val="16"/>
              </w:rPr>
              <w:t>Maketarstvo / Modelarstvo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6C57A40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0EFDCB7" w14:textId="77777777" w:rsidR="00DD0BD0" w:rsidRDefault="002B524E">
            <w:pPr>
              <w:spacing w:after="0"/>
            </w:pPr>
            <w:r>
              <w:rPr>
                <w:sz w:val="16"/>
              </w:rPr>
              <w:t>Četvrtak,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CF32ECC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29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8572B8A" w14:textId="77777777" w:rsidR="00DD0BD0" w:rsidRDefault="00DD0BD0">
            <w:pPr>
              <w:spacing w:after="0"/>
            </w:pPr>
          </w:p>
        </w:tc>
      </w:tr>
      <w:tr w:rsidR="00DD0BD0" w14:paraId="16F6E028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CD08DAD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Maja </w:t>
            </w:r>
            <w:r>
              <w:rPr>
                <w:sz w:val="16"/>
              </w:rPr>
              <w:t>Abramović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D7D74D" w14:textId="77777777" w:rsidR="00DD0BD0" w:rsidRDefault="002B524E">
            <w:pPr>
              <w:spacing w:after="0"/>
            </w:pPr>
            <w:r>
              <w:rPr>
                <w:sz w:val="16"/>
              </w:rPr>
              <w:t>Storytelling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E6B7A50" w14:textId="5FE21538" w:rsidR="00DD0BD0" w:rsidRDefault="003865F9">
            <w:pPr>
              <w:spacing w:after="0"/>
            </w:pPr>
            <w:r>
              <w:rPr>
                <w:sz w:val="16"/>
              </w:rPr>
              <w:t xml:space="preserve">6.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7. </w:t>
            </w:r>
            <w:proofErr w:type="spellStart"/>
            <w:r>
              <w:rPr>
                <w:sz w:val="16"/>
              </w:rPr>
              <w:t>razredi</w:t>
            </w:r>
            <w:proofErr w:type="spellEnd"/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C404AFF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89DCE6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10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EC293C" w14:textId="77777777" w:rsidR="00DD0BD0" w:rsidRDefault="00DD0BD0">
            <w:pPr>
              <w:spacing w:after="0"/>
            </w:pPr>
          </w:p>
        </w:tc>
      </w:tr>
      <w:tr w:rsidR="00DD0BD0" w14:paraId="42FEE17C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8020DAA" w14:textId="77777777" w:rsidR="00DD0BD0" w:rsidRDefault="002B524E">
            <w:pPr>
              <w:spacing w:after="0"/>
            </w:pPr>
            <w:r>
              <w:rPr>
                <w:sz w:val="16"/>
              </w:rPr>
              <w:t>Sofija Boras Itković, Nikolina Furčić i Mariana Baica Kostelac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1D2EFE7" w14:textId="77777777" w:rsidR="00DD0BD0" w:rsidRDefault="002B524E">
            <w:pPr>
              <w:spacing w:after="0"/>
            </w:pPr>
            <w:r>
              <w:rPr>
                <w:sz w:val="16"/>
              </w:rPr>
              <w:t>INA u okviru školskog projekta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44A2CC9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A4F9E2" w14:textId="77777777" w:rsidR="00DD0BD0" w:rsidRDefault="002B524E">
            <w:pPr>
              <w:spacing w:after="0"/>
            </w:pPr>
            <w:r>
              <w:rPr>
                <w:sz w:val="16"/>
              </w:rPr>
              <w:t>Prema mogućnostima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01304EF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Učionica biologije i kemije, školski vrt </w:t>
            </w:r>
            <w:r>
              <w:rPr>
                <w:sz w:val="16"/>
              </w:rPr>
              <w:t>ili prostorije vanjskih partnera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4B0F048" w14:textId="77777777" w:rsidR="00DD0BD0" w:rsidRDefault="00DD0BD0">
            <w:pPr>
              <w:spacing w:after="0"/>
            </w:pPr>
          </w:p>
        </w:tc>
      </w:tr>
      <w:tr w:rsidR="00DD0BD0" w14:paraId="159E34C1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1D25BE" w14:textId="77777777" w:rsidR="00DD0BD0" w:rsidRDefault="002B524E">
            <w:pPr>
              <w:spacing w:after="0"/>
            </w:pPr>
            <w:r>
              <w:rPr>
                <w:sz w:val="16"/>
              </w:rPr>
              <w:t>Lucija Pera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3DBFBE" w14:textId="77777777" w:rsidR="00DD0BD0" w:rsidRDefault="002B524E">
            <w:pPr>
              <w:spacing w:after="0"/>
            </w:pPr>
            <w:r>
              <w:rPr>
                <w:sz w:val="16"/>
              </w:rPr>
              <w:t>Zbor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FF1AE13" w14:textId="77777777" w:rsidR="00DD0BD0" w:rsidRDefault="002B524E">
            <w:pPr>
              <w:spacing w:after="0"/>
            </w:pPr>
            <w:r>
              <w:rPr>
                <w:sz w:val="16"/>
              </w:rPr>
              <w:t>4. – 8. 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5AFBE68" w14:textId="77777777" w:rsidR="00DD0BD0" w:rsidRDefault="002B524E">
            <w:pPr>
              <w:spacing w:after="0"/>
            </w:pPr>
            <w:r>
              <w:rPr>
                <w:sz w:val="16"/>
              </w:rPr>
              <w:t>Ponedjeljak, 6. sat; utorak,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2287BC5" w14:textId="4FCCD8D7" w:rsidR="00DD0BD0" w:rsidRDefault="003865F9">
            <w:pPr>
              <w:spacing w:after="0"/>
            </w:pPr>
            <w:proofErr w:type="spellStart"/>
            <w:r>
              <w:rPr>
                <w:sz w:val="16"/>
              </w:rPr>
              <w:t>Učionica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Glazbene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kulture</w:t>
            </w:r>
            <w:proofErr w:type="spellEnd"/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620DBD4" w14:textId="77777777" w:rsidR="00DD0BD0" w:rsidRDefault="00DD0BD0">
            <w:pPr>
              <w:spacing w:after="0"/>
            </w:pPr>
          </w:p>
        </w:tc>
      </w:tr>
      <w:tr w:rsidR="00DD0BD0" w14:paraId="0417F997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15A8755" w14:textId="77777777" w:rsidR="00DD0BD0" w:rsidRDefault="002B524E">
            <w:pPr>
              <w:spacing w:after="0"/>
            </w:pPr>
            <w:r>
              <w:rPr>
                <w:sz w:val="16"/>
              </w:rPr>
              <w:lastRenderedPageBreak/>
              <w:t>Jelena Buđanec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906C310" w14:textId="77777777" w:rsidR="00DD0BD0" w:rsidRDefault="002B524E">
            <w:pPr>
              <w:spacing w:after="0"/>
            </w:pPr>
            <w:r>
              <w:rPr>
                <w:sz w:val="16"/>
              </w:rPr>
              <w:t>INA – Europski klub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37607F7" w14:textId="77777777" w:rsidR="00DD0BD0" w:rsidRDefault="002B524E">
            <w:pPr>
              <w:spacing w:after="0"/>
            </w:pPr>
            <w:r>
              <w:rPr>
                <w:sz w:val="16"/>
              </w:rPr>
              <w:t>7.a i 7.b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21C6FAF" w14:textId="77777777" w:rsidR="00DD0BD0" w:rsidRDefault="002B524E">
            <w:pPr>
              <w:spacing w:after="0"/>
            </w:pPr>
            <w:r>
              <w:rPr>
                <w:sz w:val="16"/>
              </w:rPr>
              <w:t>Četvrtak, 7. sat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7F58E6D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4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265BD32" w14:textId="77777777" w:rsidR="00DD0BD0" w:rsidRDefault="00DD0BD0">
            <w:pPr>
              <w:spacing w:after="0"/>
            </w:pPr>
          </w:p>
        </w:tc>
      </w:tr>
      <w:tr w:rsidR="00DD0BD0" w14:paraId="3AA7B21A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6CEC1D7" w14:textId="77777777" w:rsidR="00DD0BD0" w:rsidRDefault="002B524E">
            <w:pPr>
              <w:spacing w:after="0"/>
            </w:pPr>
            <w:r>
              <w:rPr>
                <w:sz w:val="16"/>
              </w:rPr>
              <w:t>Marija Krnić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4EF207B" w14:textId="77777777" w:rsidR="00DD0BD0" w:rsidRDefault="002B524E">
            <w:pPr>
              <w:spacing w:after="0"/>
            </w:pPr>
            <w:r>
              <w:rPr>
                <w:sz w:val="16"/>
              </w:rPr>
              <w:t>Marijini obroci – Od gladi do nade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4BE048C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4. </w:t>
            </w:r>
            <w:r>
              <w:rPr>
                <w:sz w:val="16"/>
              </w:rPr>
              <w:t>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8C13DFC" w14:textId="77777777" w:rsidR="00DD0BD0" w:rsidRDefault="002B524E">
            <w:pPr>
              <w:spacing w:after="0"/>
            </w:pPr>
            <w:r>
              <w:rPr>
                <w:sz w:val="16"/>
              </w:rPr>
              <w:t>Srijedom, 7. sat ili predsat u popodnevnoj smjeni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873BF32" w14:textId="7053329B" w:rsidR="00DD0BD0" w:rsidRDefault="00DD0BD0">
            <w:pPr>
              <w:spacing w:after="0"/>
            </w:pP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B7AA20D" w14:textId="64CBDC40" w:rsidR="00DD0BD0" w:rsidRDefault="003865F9">
            <w:pPr>
              <w:spacing w:after="0"/>
            </w:pPr>
            <w:r>
              <w:rPr>
                <w:sz w:val="16"/>
              </w:rPr>
              <w:t xml:space="preserve">U </w:t>
            </w:r>
            <w:proofErr w:type="spellStart"/>
            <w:r>
              <w:rPr>
                <w:sz w:val="16"/>
              </w:rPr>
              <w:t>odnosu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smjene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DD0BD0" w14:paraId="53CBB744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E686011" w14:textId="77777777" w:rsidR="00DD0BD0" w:rsidRDefault="002B524E">
            <w:pPr>
              <w:spacing w:after="0"/>
            </w:pPr>
            <w:r>
              <w:rPr>
                <w:sz w:val="16"/>
              </w:rPr>
              <w:t>Nataša Miškov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53A571A" w14:textId="77777777" w:rsidR="00DD0BD0" w:rsidRDefault="002B524E">
            <w:pPr>
              <w:spacing w:after="0"/>
            </w:pPr>
            <w:r>
              <w:rPr>
                <w:sz w:val="16"/>
              </w:rPr>
              <w:t>Robotika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A2C3BA3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DF8C917" w14:textId="77777777" w:rsidR="00DD0BD0" w:rsidRDefault="002B524E">
            <w:pPr>
              <w:spacing w:after="0"/>
            </w:pPr>
            <w:r>
              <w:rPr>
                <w:sz w:val="16"/>
              </w:rPr>
              <w:t>Po dogovoru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4727FD" w14:textId="2C44DC0B" w:rsidR="00DD0BD0" w:rsidRDefault="00DD0BD0">
            <w:pPr>
              <w:spacing w:after="0"/>
            </w:pP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0D5C3F6" w14:textId="77777777" w:rsidR="00DD0BD0" w:rsidRDefault="002B524E">
            <w:pPr>
              <w:spacing w:after="0"/>
            </w:pPr>
            <w:r>
              <w:rPr>
                <w:sz w:val="16"/>
              </w:rPr>
              <w:t>Po dogovoru zbog različitih razreda.</w:t>
            </w:r>
          </w:p>
        </w:tc>
      </w:tr>
      <w:tr w:rsidR="00DD0BD0" w14:paraId="4AAAFCA4" w14:textId="77777777">
        <w:trPr>
          <w:jc w:val="center"/>
        </w:trPr>
        <w:tc>
          <w:tcPr>
            <w:tcW w:w="223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49429221" w14:textId="77777777" w:rsidR="00DD0BD0" w:rsidRDefault="002B524E">
            <w:pPr>
              <w:spacing w:after="0"/>
            </w:pPr>
            <w:r>
              <w:rPr>
                <w:sz w:val="16"/>
              </w:rPr>
              <w:t>Andrea Cinotti</w:t>
            </w:r>
          </w:p>
        </w:tc>
        <w:tc>
          <w:tcPr>
            <w:tcW w:w="252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9ECE172" w14:textId="77777777" w:rsidR="00DD0BD0" w:rsidRDefault="002B524E">
            <w:pPr>
              <w:spacing w:after="0"/>
            </w:pPr>
            <w:r>
              <w:rPr>
                <w:sz w:val="16"/>
              </w:rPr>
              <w:t>INA – Agape</w:t>
            </w:r>
          </w:p>
        </w:tc>
        <w:tc>
          <w:tcPr>
            <w:tcW w:w="1872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F9183A5" w14:textId="77777777" w:rsidR="00DD0BD0" w:rsidRDefault="002B524E">
            <w:pPr>
              <w:spacing w:after="0"/>
            </w:pPr>
            <w:r>
              <w:rPr>
                <w:sz w:val="16"/>
              </w:rPr>
              <w:t xml:space="preserve">5. – </w:t>
            </w:r>
            <w:r>
              <w:rPr>
                <w:sz w:val="16"/>
              </w:rPr>
              <w:t>8. razred</w:t>
            </w:r>
          </w:p>
        </w:tc>
        <w:tc>
          <w:tcPr>
            <w:tcW w:w="2376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C741160" w14:textId="77777777" w:rsidR="00DD0BD0" w:rsidRDefault="002B524E">
            <w:pPr>
              <w:spacing w:after="0"/>
            </w:pPr>
            <w:r>
              <w:rPr>
                <w:sz w:val="16"/>
              </w:rPr>
              <w:t>Četvrtak, 7. sat</w:t>
            </w:r>
          </w:p>
        </w:tc>
        <w:tc>
          <w:tcPr>
            <w:tcW w:w="2448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BCB982C" w14:textId="77777777" w:rsidR="00DD0BD0" w:rsidRDefault="002B524E">
            <w:pPr>
              <w:spacing w:after="0"/>
            </w:pPr>
            <w:r>
              <w:rPr>
                <w:sz w:val="16"/>
              </w:rPr>
              <w:t>Učionica br. 13</w:t>
            </w:r>
          </w:p>
        </w:tc>
        <w:tc>
          <w:tcPr>
            <w:tcW w:w="2880" w:type="dxa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99930C" w14:textId="77777777" w:rsidR="00DD0BD0" w:rsidRDefault="00DD0BD0">
            <w:pPr>
              <w:spacing w:after="0"/>
            </w:pPr>
          </w:p>
        </w:tc>
      </w:tr>
      <w:tr w:rsidR="00DD0BD0" w14:paraId="3B02B796" w14:textId="77777777">
        <w:trPr>
          <w:jc w:val="center"/>
        </w:trPr>
        <w:tc>
          <w:tcPr>
            <w:tcW w:w="223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CAAEBC8" w14:textId="77777777" w:rsidR="00DD0BD0" w:rsidRDefault="002B524E">
            <w:pPr>
              <w:spacing w:after="0"/>
            </w:pPr>
            <w:r>
              <w:rPr>
                <w:sz w:val="16"/>
              </w:rPr>
              <w:t>Nikolina Gović</w:t>
            </w:r>
          </w:p>
        </w:tc>
        <w:tc>
          <w:tcPr>
            <w:tcW w:w="252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64242714" w14:textId="77777777" w:rsidR="00DD0BD0" w:rsidRDefault="002B524E">
            <w:pPr>
              <w:spacing w:after="0"/>
            </w:pPr>
            <w:r>
              <w:rPr>
                <w:sz w:val="16"/>
              </w:rPr>
              <w:t>Mislim, govorim, djelujem</w:t>
            </w:r>
          </w:p>
        </w:tc>
        <w:tc>
          <w:tcPr>
            <w:tcW w:w="1872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9FC18C9" w14:textId="77777777" w:rsidR="00DD0BD0" w:rsidRDefault="002B524E">
            <w:pPr>
              <w:spacing w:after="0"/>
            </w:pPr>
            <w:r>
              <w:rPr>
                <w:sz w:val="16"/>
              </w:rPr>
              <w:t>5. – 8. razred</w:t>
            </w:r>
          </w:p>
        </w:tc>
        <w:tc>
          <w:tcPr>
            <w:tcW w:w="2376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374FADCA" w14:textId="77777777" w:rsidR="00DD0BD0" w:rsidRDefault="002B524E">
            <w:pPr>
              <w:spacing w:after="0"/>
            </w:pPr>
            <w:r>
              <w:rPr>
                <w:sz w:val="16"/>
              </w:rPr>
              <w:t>Petak, 12:25 – 14:00</w:t>
            </w:r>
          </w:p>
        </w:tc>
        <w:tc>
          <w:tcPr>
            <w:tcW w:w="2448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06CADEE6" w14:textId="77777777" w:rsidR="00DD0BD0" w:rsidRDefault="002B524E">
            <w:pPr>
              <w:spacing w:after="0"/>
            </w:pPr>
            <w:r>
              <w:rPr>
                <w:sz w:val="16"/>
              </w:rPr>
              <w:t>Prema dogovoru</w:t>
            </w:r>
          </w:p>
        </w:tc>
        <w:tc>
          <w:tcPr>
            <w:tcW w:w="2880" w:type="dxa"/>
            <w:shd w:val="clear" w:color="auto" w:fill="EEF2F6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FD5E018" w14:textId="77777777" w:rsidR="00DD0BD0" w:rsidRDefault="002B524E">
            <w:pPr>
              <w:spacing w:after="0"/>
            </w:pPr>
            <w:r>
              <w:rPr>
                <w:sz w:val="16"/>
              </w:rPr>
              <w:t>Po dogovoru se održavaju volonterske akcije.</w:t>
            </w:r>
          </w:p>
        </w:tc>
      </w:tr>
    </w:tbl>
    <w:p w14:paraId="7249B82D" w14:textId="77777777" w:rsidR="00DD0BD0" w:rsidRDefault="00DD0BD0">
      <w:pPr>
        <w:spacing w:after="0"/>
      </w:pPr>
    </w:p>
    <w:sectPr w:rsidR="00DD0BD0" w:rsidSect="00034616">
      <w:footerReference w:type="default" r:id="rId8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273F0" w14:textId="77777777" w:rsidR="002B524E" w:rsidRDefault="002B524E">
      <w:pPr>
        <w:spacing w:after="0" w:line="240" w:lineRule="auto"/>
      </w:pPr>
      <w:r>
        <w:separator/>
      </w:r>
    </w:p>
  </w:endnote>
  <w:endnote w:type="continuationSeparator" w:id="0">
    <w:p w14:paraId="03C2E675" w14:textId="77777777" w:rsidR="002B524E" w:rsidRDefault="002B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B36A" w14:textId="77777777" w:rsidR="00DD0BD0" w:rsidRDefault="002B524E">
    <w:pPr>
      <w:pStyle w:val="Podnoje"/>
      <w:jc w:val="center"/>
    </w:pPr>
    <w:r>
      <w:rPr>
        <w:color w:val="646464"/>
        <w:sz w:val="16"/>
      </w:rPr>
      <w:t xml:space="preserve">OŠ Petra Krešimira IV. • šk. god. 2026./2027.  |  Stranica </w:t>
    </w:r>
    <w:r>
      <w:fldChar w:fldCharType="begin"/>
    </w:r>
    <w:r>
      <w:instrText>PAGE</w:instrText>
    </w:r>
    <w:r>
      <w:fldChar w:fldCharType="separate"/>
    </w:r>
    <w:r w:rsidR="00846C0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535DD" w14:textId="77777777" w:rsidR="002B524E" w:rsidRDefault="002B524E">
      <w:pPr>
        <w:spacing w:after="0" w:line="240" w:lineRule="auto"/>
      </w:pPr>
      <w:r>
        <w:separator/>
      </w:r>
    </w:p>
  </w:footnote>
  <w:footnote w:type="continuationSeparator" w:id="0">
    <w:p w14:paraId="41DE7FE0" w14:textId="77777777" w:rsidR="002B524E" w:rsidRDefault="002B5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524E"/>
    <w:rsid w:val="00326F90"/>
    <w:rsid w:val="003865F9"/>
    <w:rsid w:val="00436838"/>
    <w:rsid w:val="00696392"/>
    <w:rsid w:val="00846C02"/>
    <w:rsid w:val="00AA1D8D"/>
    <w:rsid w:val="00B47730"/>
    <w:rsid w:val="00CB0664"/>
    <w:rsid w:val="00DD0B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DC5C3"/>
  <w14:defaultImageDpi w14:val="300"/>
  <w15:docId w15:val="{80310431-641B-4A93-996A-C3F7FCE1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Malenica Celic</cp:lastModifiedBy>
  <cp:revision>2</cp:revision>
  <cp:lastPrinted>2026-10-15T15:03:00Z</cp:lastPrinted>
  <dcterms:created xsi:type="dcterms:W3CDTF">2026-10-15T15:43:00Z</dcterms:created>
  <dcterms:modified xsi:type="dcterms:W3CDTF">2026-10-15T15:43:00Z</dcterms:modified>
  <cp:category/>
</cp:coreProperties>
</file>