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58BF" w14:textId="77777777" w:rsidR="0044795F" w:rsidRDefault="00474C6B">
      <w:pPr>
        <w:spacing w:after="40"/>
        <w:jc w:val="center"/>
      </w:pPr>
      <w:r>
        <w:rPr>
          <w:b/>
          <w:color w:val="283D54"/>
          <w:sz w:val="22"/>
        </w:rPr>
        <w:t>OSNOVNA ŠKOLA PETRA KREŠIMIRA IV.</w:t>
      </w:r>
    </w:p>
    <w:p w14:paraId="7DE07352" w14:textId="77777777" w:rsidR="0044795F" w:rsidRDefault="00474C6B">
      <w:pPr>
        <w:spacing w:after="60"/>
        <w:jc w:val="center"/>
      </w:pPr>
      <w:r>
        <w:rPr>
          <w:b/>
          <w:color w:val="283D54"/>
          <w:sz w:val="26"/>
        </w:rPr>
        <w:t>RASPORED DOPUNSKE I DODATNE NASTAVE TE IZVANNASTAVNIH AKTIVNOSTI</w:t>
      </w:r>
    </w:p>
    <w:p w14:paraId="26B50C1F" w14:textId="77777777" w:rsidR="0044795F" w:rsidRDefault="00474C6B">
      <w:pPr>
        <w:spacing w:after="240"/>
        <w:jc w:val="center"/>
      </w:pPr>
      <w:r>
        <w:rPr>
          <w:color w:val="5A646E"/>
          <w:sz w:val="20"/>
        </w:rPr>
        <w:t>Razredna nastava • školska godina 2026./2027.</w:t>
      </w:r>
    </w:p>
    <w:p w14:paraId="0A9EDA81" w14:textId="77777777" w:rsidR="0044795F" w:rsidRDefault="00474C6B">
      <w:pPr>
        <w:spacing w:before="80" w:after="60"/>
      </w:pPr>
      <w:r>
        <w:rPr>
          <w:b/>
          <w:color w:val="30527D"/>
          <w:sz w:val="24"/>
        </w:rPr>
        <w:t>1. DOPUNSKA NASTAVA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037"/>
        <w:gridCol w:w="2952"/>
        <w:gridCol w:w="3240"/>
        <w:gridCol w:w="3240"/>
      </w:tblGrid>
      <w:tr w:rsidR="0044795F" w14:paraId="7B378C8C" w14:textId="77777777">
        <w:trPr>
          <w:tblHeader/>
          <w:jc w:val="center"/>
        </w:trPr>
        <w:tc>
          <w:tcPr>
            <w:tcW w:w="2376" w:type="dxa"/>
            <w:shd w:val="clear" w:color="auto" w:fill="30527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314728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Učitelj / izvršitelj</w:t>
            </w:r>
          </w:p>
        </w:tc>
        <w:tc>
          <w:tcPr>
            <w:tcW w:w="1037" w:type="dxa"/>
            <w:shd w:val="clear" w:color="auto" w:fill="30527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837729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Razred</w:t>
            </w:r>
          </w:p>
        </w:tc>
        <w:tc>
          <w:tcPr>
            <w:tcW w:w="2952" w:type="dxa"/>
            <w:shd w:val="clear" w:color="auto" w:fill="30527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7F517C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Predmet / naziv aktivnosti</w:t>
            </w:r>
          </w:p>
        </w:tc>
        <w:tc>
          <w:tcPr>
            <w:tcW w:w="3240" w:type="dxa"/>
            <w:shd w:val="clear" w:color="auto" w:fill="30527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65E9F8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Termin održavanja</w:t>
            </w:r>
          </w:p>
        </w:tc>
        <w:tc>
          <w:tcPr>
            <w:tcW w:w="3240" w:type="dxa"/>
            <w:shd w:val="clear" w:color="auto" w:fill="30527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CDCCD3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Napomena</w:t>
            </w:r>
          </w:p>
        </w:tc>
      </w:tr>
      <w:tr w:rsidR="0044795F" w14:paraId="73C5582D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17C52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Marijana Pešić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F35165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1.a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865C9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9A0E73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294192" w14:textId="77777777" w:rsidR="0044795F" w:rsidRDefault="0044795F">
            <w:pPr>
              <w:spacing w:after="0" w:line="240" w:lineRule="auto"/>
            </w:pPr>
          </w:p>
        </w:tc>
      </w:tr>
      <w:tr w:rsidR="0044795F" w14:paraId="42456CC7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D4A3E4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Marija Samodol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A0514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1.b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59BB9F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 / 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7FA585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Utorak,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FDA23A" w14:textId="77777777" w:rsidR="0044795F" w:rsidRDefault="0044795F">
            <w:pPr>
              <w:spacing w:after="0" w:line="240" w:lineRule="auto"/>
            </w:pPr>
          </w:p>
        </w:tc>
      </w:tr>
      <w:tr w:rsidR="0044795F" w14:paraId="21BFA3A0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6AE2BC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Vilma Kokić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893B5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1.e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B6219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 / 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33856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91C1AA" w14:textId="77777777" w:rsidR="0044795F" w:rsidRDefault="0044795F">
            <w:pPr>
              <w:spacing w:after="0" w:line="240" w:lineRule="auto"/>
            </w:pPr>
          </w:p>
        </w:tc>
      </w:tr>
      <w:tr w:rsidR="0044795F" w14:paraId="58B1805F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F4F72F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Ana Parać Vučić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BB998C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FE50AC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 / 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69B4E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4D89F0" w14:textId="77777777" w:rsidR="0044795F" w:rsidRDefault="0044795F">
            <w:pPr>
              <w:spacing w:after="0" w:line="240" w:lineRule="auto"/>
            </w:pPr>
          </w:p>
        </w:tc>
      </w:tr>
      <w:tr w:rsidR="0044795F" w14:paraId="3246725E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96A19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Antonija Vranić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C1F8F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791724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 / 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7979C5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Utorak,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417586" w14:textId="77777777" w:rsidR="0044795F" w:rsidRDefault="0044795F">
            <w:pPr>
              <w:spacing w:after="0" w:line="240" w:lineRule="auto"/>
            </w:pPr>
          </w:p>
        </w:tc>
      </w:tr>
      <w:tr w:rsidR="0044795F" w14:paraId="5D0D35C1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9E4E13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Ana Grubišić Konsa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260524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2.c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A038E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 / 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B3D574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Četvrtak, 3.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108D64" w14:textId="77777777" w:rsidR="0044795F" w:rsidRDefault="0044795F">
            <w:pPr>
              <w:spacing w:after="0" w:line="240" w:lineRule="auto"/>
            </w:pPr>
          </w:p>
        </w:tc>
      </w:tr>
      <w:tr w:rsidR="0044795F" w14:paraId="2F4E88CE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D413D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Ana Perić Peranić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09FA1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CB4BA5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 / 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21E13E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Srijeda,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CADB5F" w14:textId="77777777" w:rsidR="0044795F" w:rsidRDefault="0044795F">
            <w:pPr>
              <w:spacing w:after="0" w:line="240" w:lineRule="auto"/>
            </w:pPr>
          </w:p>
        </w:tc>
      </w:tr>
      <w:tr w:rsidR="0044795F" w14:paraId="22BA5330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E310A3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Darko Mikulandra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023A33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7F691A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 / 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EFFB9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Petak,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938DF8" w14:textId="77777777" w:rsidR="0044795F" w:rsidRDefault="0044795F">
            <w:pPr>
              <w:spacing w:after="0" w:line="240" w:lineRule="auto"/>
            </w:pPr>
          </w:p>
        </w:tc>
      </w:tr>
      <w:tr w:rsidR="0044795F" w14:paraId="48C31975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16281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Sanja Kulušić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0CB10E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F1307D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 / 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DE136A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Petak,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9B817A" w14:textId="1DABA048" w:rsidR="0044795F" w:rsidRDefault="0044795F">
            <w:pPr>
              <w:spacing w:after="0" w:line="240" w:lineRule="auto"/>
            </w:pPr>
          </w:p>
        </w:tc>
      </w:tr>
      <w:tr w:rsidR="0044795F" w14:paraId="33EFB977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B48C2B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Inga Belamarić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7258B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3.c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C13692" w14:textId="57BBF9BF" w:rsidR="0052637F" w:rsidRDefault="0052637F">
            <w:pPr>
              <w:spacing w:after="0" w:line="240" w:lineRule="auto"/>
            </w:pPr>
            <w:proofErr w:type="spellStart"/>
            <w:r w:rsidRPr="0052637F">
              <w:t>Hrvatski</w:t>
            </w:r>
            <w:proofErr w:type="spellEnd"/>
            <w:r w:rsidRPr="0052637F">
              <w:t xml:space="preserve"> </w:t>
            </w:r>
            <w:proofErr w:type="spellStart"/>
            <w:r w:rsidRPr="0052637F">
              <w:t>jezik</w:t>
            </w:r>
            <w:proofErr w:type="spellEnd"/>
            <w:r w:rsidRPr="0052637F">
              <w:t xml:space="preserve"> / </w:t>
            </w:r>
            <w:proofErr w:type="spellStart"/>
            <w:r w:rsidRPr="0052637F">
              <w:t>Matematika</w:t>
            </w:r>
            <w:proofErr w:type="spellEnd"/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5768B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Utorak,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580620" w14:textId="5A3CD019" w:rsidR="0044795F" w:rsidRDefault="0044795F">
            <w:pPr>
              <w:spacing w:after="0" w:line="240" w:lineRule="auto"/>
            </w:pPr>
          </w:p>
        </w:tc>
      </w:tr>
      <w:tr w:rsidR="0044795F" w14:paraId="75C1E944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AADAC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Sandra Bandalo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97E83F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B59E9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 / 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90E6CF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F36DA3" w14:textId="77777777" w:rsidR="0044795F" w:rsidRDefault="0044795F">
            <w:pPr>
              <w:spacing w:after="0" w:line="240" w:lineRule="auto"/>
            </w:pPr>
          </w:p>
        </w:tc>
      </w:tr>
      <w:tr w:rsidR="0044795F" w14:paraId="6AAC8AFB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1EDADA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Branka Baljkas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BEAE7E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4.a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38F4B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 / 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0FC06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Srijeda,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551FA9" w14:textId="77777777" w:rsidR="0044795F" w:rsidRDefault="0044795F">
            <w:pPr>
              <w:spacing w:after="0" w:line="240" w:lineRule="auto"/>
            </w:pPr>
          </w:p>
        </w:tc>
      </w:tr>
      <w:tr w:rsidR="0044795F" w14:paraId="7B8F55A6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5CB14C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Dijana Dunkić Matić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0AA2F4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4.b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1A255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07A10D" w14:textId="1390A062" w:rsidR="00332C47" w:rsidRDefault="00474C6B">
            <w:pPr>
              <w:spacing w:after="0" w:line="240" w:lineRule="auto"/>
              <w:rPr>
                <w:sz w:val="17"/>
              </w:rPr>
            </w:pPr>
            <w:r>
              <w:rPr>
                <w:sz w:val="17"/>
              </w:rPr>
              <w:t xml:space="preserve">Jutarnja smjena: utorak, 4. </w:t>
            </w:r>
            <w:r w:rsidR="00332C47">
              <w:rPr>
                <w:sz w:val="17"/>
              </w:rPr>
              <w:t>S</w:t>
            </w:r>
            <w:r>
              <w:rPr>
                <w:sz w:val="17"/>
              </w:rPr>
              <w:t>at</w:t>
            </w:r>
          </w:p>
          <w:p w14:paraId="1C162A28" w14:textId="7591160B" w:rsidR="0044795F" w:rsidRDefault="00332C47">
            <w:pPr>
              <w:spacing w:after="0" w:line="240" w:lineRule="auto"/>
            </w:pPr>
            <w:proofErr w:type="spellStart"/>
            <w:r>
              <w:rPr>
                <w:sz w:val="17"/>
              </w:rPr>
              <w:t>P</w:t>
            </w:r>
            <w:r w:rsidR="00474C6B">
              <w:rPr>
                <w:sz w:val="17"/>
              </w:rPr>
              <w:t>oslijepodnevna</w:t>
            </w:r>
            <w:proofErr w:type="spellEnd"/>
            <w:r w:rsidR="00474C6B">
              <w:rPr>
                <w:sz w:val="17"/>
              </w:rPr>
              <w:t xml:space="preserve"> </w:t>
            </w:r>
            <w:proofErr w:type="spellStart"/>
            <w:r w:rsidR="00474C6B">
              <w:rPr>
                <w:sz w:val="17"/>
              </w:rPr>
              <w:t>smjena</w:t>
            </w:r>
            <w:proofErr w:type="spellEnd"/>
            <w:r w:rsidR="00474C6B">
              <w:rPr>
                <w:sz w:val="17"/>
              </w:rPr>
              <w:t xml:space="preserve">: </w:t>
            </w:r>
            <w:proofErr w:type="spellStart"/>
            <w:r w:rsidR="00474C6B">
              <w:rPr>
                <w:sz w:val="17"/>
              </w:rPr>
              <w:t>utorak</w:t>
            </w:r>
            <w:proofErr w:type="spellEnd"/>
            <w:r w:rsidR="00474C6B">
              <w:rPr>
                <w:sz w:val="17"/>
              </w:rPr>
              <w:t>, 3.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5C0DEF" w14:textId="77777777" w:rsidR="0044795F" w:rsidRDefault="0044795F">
            <w:pPr>
              <w:spacing w:after="0" w:line="240" w:lineRule="auto"/>
            </w:pPr>
          </w:p>
        </w:tc>
      </w:tr>
      <w:tr w:rsidR="0044795F" w14:paraId="1B9B3E35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D5BA9D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Marjan Krnčević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64F5DF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4.e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3947DF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Hrvatski jezik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872A61" w14:textId="06884986" w:rsidR="0044795F" w:rsidRDefault="00474C6B">
            <w:pPr>
              <w:spacing w:after="0" w:line="240" w:lineRule="auto"/>
            </w:pPr>
            <w:r>
              <w:rPr>
                <w:sz w:val="17"/>
              </w:rPr>
              <w:t>Jutarnja smjena: četvrtak, 4. sat</w:t>
            </w:r>
            <w:r>
              <w:rPr>
                <w:sz w:val="17"/>
              </w:rPr>
              <w:t xml:space="preserve"> </w:t>
            </w:r>
            <w:proofErr w:type="spellStart"/>
            <w:r w:rsidR="00332C47">
              <w:rPr>
                <w:sz w:val="17"/>
              </w:rPr>
              <w:t>P</w:t>
            </w:r>
            <w:r>
              <w:rPr>
                <w:sz w:val="17"/>
              </w:rPr>
              <w:t>oslijepodnevna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smjena</w:t>
            </w:r>
            <w:proofErr w:type="spellEnd"/>
            <w:r>
              <w:rPr>
                <w:sz w:val="17"/>
              </w:rPr>
              <w:t xml:space="preserve">: </w:t>
            </w:r>
            <w:proofErr w:type="spellStart"/>
            <w:r>
              <w:rPr>
                <w:sz w:val="17"/>
              </w:rPr>
              <w:t>četvrtak</w:t>
            </w:r>
            <w:proofErr w:type="spellEnd"/>
            <w:r>
              <w:rPr>
                <w:sz w:val="17"/>
              </w:rPr>
              <w:t>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71822A" w14:textId="77777777" w:rsidR="0044795F" w:rsidRDefault="0044795F">
            <w:pPr>
              <w:spacing w:after="0" w:line="240" w:lineRule="auto"/>
            </w:pPr>
          </w:p>
        </w:tc>
      </w:tr>
    </w:tbl>
    <w:p w14:paraId="2DAE4388" w14:textId="77777777" w:rsidR="0044795F" w:rsidRDefault="0044795F">
      <w:pPr>
        <w:spacing w:after="0"/>
      </w:pPr>
    </w:p>
    <w:p w14:paraId="11618ECD" w14:textId="77777777" w:rsidR="0044795F" w:rsidRDefault="00474C6B">
      <w:r>
        <w:br w:type="page"/>
      </w:r>
    </w:p>
    <w:p w14:paraId="66B01281" w14:textId="77777777" w:rsidR="0044795F" w:rsidRDefault="00474C6B">
      <w:pPr>
        <w:spacing w:before="80" w:after="60"/>
      </w:pPr>
      <w:r>
        <w:rPr>
          <w:b/>
          <w:color w:val="317052"/>
          <w:sz w:val="24"/>
        </w:rPr>
        <w:lastRenderedPageBreak/>
        <w:t>2. DODATNA NASTAVA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037"/>
        <w:gridCol w:w="2952"/>
        <w:gridCol w:w="3240"/>
        <w:gridCol w:w="3240"/>
      </w:tblGrid>
      <w:tr w:rsidR="0044795F" w14:paraId="1CC18B30" w14:textId="77777777">
        <w:trPr>
          <w:tblHeader/>
          <w:jc w:val="center"/>
        </w:trPr>
        <w:tc>
          <w:tcPr>
            <w:tcW w:w="2376" w:type="dxa"/>
            <w:shd w:val="clear" w:color="auto" w:fill="31705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C2DC5F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Učitelj / izvršitelj</w:t>
            </w:r>
          </w:p>
        </w:tc>
        <w:tc>
          <w:tcPr>
            <w:tcW w:w="1037" w:type="dxa"/>
            <w:shd w:val="clear" w:color="auto" w:fill="31705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8CE581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Razred</w:t>
            </w:r>
          </w:p>
        </w:tc>
        <w:tc>
          <w:tcPr>
            <w:tcW w:w="2952" w:type="dxa"/>
            <w:shd w:val="clear" w:color="auto" w:fill="31705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4D5A29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Predmet / naziv aktivnosti</w:t>
            </w:r>
          </w:p>
        </w:tc>
        <w:tc>
          <w:tcPr>
            <w:tcW w:w="3240" w:type="dxa"/>
            <w:shd w:val="clear" w:color="auto" w:fill="31705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8897A1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Termin održavanja</w:t>
            </w:r>
          </w:p>
        </w:tc>
        <w:tc>
          <w:tcPr>
            <w:tcW w:w="3240" w:type="dxa"/>
            <w:shd w:val="clear" w:color="auto" w:fill="31705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2DF94B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Napomena</w:t>
            </w:r>
          </w:p>
        </w:tc>
      </w:tr>
      <w:tr w:rsidR="0044795F" w14:paraId="47037469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057B3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Marijana Pešić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54D17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1.a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F4659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 xml:space="preserve">Hrvatski jezik / </w:t>
            </w: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EA6E3B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Utorak,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93AA93" w14:textId="77777777" w:rsidR="0044795F" w:rsidRDefault="0044795F">
            <w:pPr>
              <w:spacing w:after="0" w:line="240" w:lineRule="auto"/>
            </w:pPr>
          </w:p>
        </w:tc>
      </w:tr>
      <w:tr w:rsidR="0044795F" w14:paraId="4962F881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95C40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Marija Samodol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8DF8E4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1.b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920D14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0CB8B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Četvrtak,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164507" w14:textId="77777777" w:rsidR="0044795F" w:rsidRDefault="0044795F">
            <w:pPr>
              <w:spacing w:after="0" w:line="240" w:lineRule="auto"/>
            </w:pPr>
          </w:p>
        </w:tc>
      </w:tr>
      <w:tr w:rsidR="0044795F" w14:paraId="01E47D07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E45A55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Vilma Kokić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6A572D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1.e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9F538E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55525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Utorak,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43BE33" w14:textId="77777777" w:rsidR="0044795F" w:rsidRDefault="0044795F">
            <w:pPr>
              <w:spacing w:after="0" w:line="240" w:lineRule="auto"/>
            </w:pPr>
          </w:p>
        </w:tc>
      </w:tr>
      <w:tr w:rsidR="0044795F" w14:paraId="0A18F48B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9D287F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Ana Parać Vučić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275765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50A49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C63794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Srijeda,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4EE7A1" w14:textId="77777777" w:rsidR="0044795F" w:rsidRDefault="0044795F">
            <w:pPr>
              <w:spacing w:after="0" w:line="240" w:lineRule="auto"/>
            </w:pPr>
          </w:p>
        </w:tc>
      </w:tr>
      <w:tr w:rsidR="0044795F" w14:paraId="10AE0CCF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6A1EEE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Antonija Vranić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3197A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92EF6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F71C2E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0101C8" w14:textId="77777777" w:rsidR="0044795F" w:rsidRDefault="0044795F">
            <w:pPr>
              <w:spacing w:after="0" w:line="240" w:lineRule="auto"/>
            </w:pPr>
          </w:p>
        </w:tc>
      </w:tr>
      <w:tr w:rsidR="0044795F" w14:paraId="3BBB9985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2E08B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Ana Grubišić Konsa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10173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2.c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575333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1FB8E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Petak,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059896" w14:textId="77777777" w:rsidR="0044795F" w:rsidRDefault="0044795F">
            <w:pPr>
              <w:spacing w:after="0" w:line="240" w:lineRule="auto"/>
            </w:pPr>
          </w:p>
        </w:tc>
      </w:tr>
      <w:tr w:rsidR="0044795F" w14:paraId="2598C79A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FD53CB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Ana Perić Peranić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84495E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FF84F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9C240A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Četvrtak,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1F4B4F" w14:textId="77777777" w:rsidR="0044795F" w:rsidRDefault="0044795F">
            <w:pPr>
              <w:spacing w:after="0" w:line="240" w:lineRule="auto"/>
            </w:pPr>
          </w:p>
        </w:tc>
      </w:tr>
      <w:tr w:rsidR="0044795F" w14:paraId="42E07A66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2E37BC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Darko Mikulandra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1D0A8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28BD39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EFFCB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Četvrtak,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BDC2A2" w14:textId="77777777" w:rsidR="0044795F" w:rsidRDefault="0044795F">
            <w:pPr>
              <w:spacing w:after="0" w:line="240" w:lineRule="auto"/>
            </w:pPr>
          </w:p>
        </w:tc>
      </w:tr>
      <w:tr w:rsidR="0044795F" w14:paraId="637770F5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C461B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Sanja Kulušić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E567F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D281AA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C5382A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Utorak,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088231" w14:textId="77777777" w:rsidR="0044795F" w:rsidRDefault="0044795F">
            <w:pPr>
              <w:spacing w:after="0" w:line="240" w:lineRule="auto"/>
            </w:pPr>
          </w:p>
        </w:tc>
      </w:tr>
      <w:tr w:rsidR="0044795F" w14:paraId="28E7163B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355B1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Inga Belamarić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F382E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3.c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F0B433" w14:textId="634FCC46" w:rsidR="0044795F" w:rsidRDefault="00332C47">
            <w:pPr>
              <w:spacing w:after="0" w:line="240" w:lineRule="auto"/>
            </w:pPr>
            <w:proofErr w:type="spellStart"/>
            <w:r>
              <w:rPr>
                <w:sz w:val="17"/>
              </w:rPr>
              <w:t>Matematika</w:t>
            </w:r>
            <w:proofErr w:type="spellEnd"/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3DE6C9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Četvrtak,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CB9A32" w14:textId="060FC84B" w:rsidR="0044795F" w:rsidRDefault="0044795F">
            <w:pPr>
              <w:spacing w:after="0" w:line="240" w:lineRule="auto"/>
            </w:pPr>
          </w:p>
        </w:tc>
      </w:tr>
      <w:tr w:rsidR="0044795F" w14:paraId="1C0C679E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4C936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Sandra Bandalo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BF923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58F98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68CC8B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Utorak,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7B9B95" w14:textId="77777777" w:rsidR="0044795F" w:rsidRDefault="0044795F">
            <w:pPr>
              <w:spacing w:after="0" w:line="240" w:lineRule="auto"/>
            </w:pPr>
          </w:p>
        </w:tc>
      </w:tr>
      <w:tr w:rsidR="0044795F" w14:paraId="1552D072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EFCCA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Branka Baljkas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89E0C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4.a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8022A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BE590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Četvrtak,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694A43" w14:textId="77777777" w:rsidR="0044795F" w:rsidRDefault="0044795F">
            <w:pPr>
              <w:spacing w:after="0" w:line="240" w:lineRule="auto"/>
            </w:pPr>
          </w:p>
        </w:tc>
      </w:tr>
      <w:tr w:rsidR="0044795F" w14:paraId="6C3501C9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1372AB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Dijana Dunkić Matić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22C80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4.b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5FF64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77DDE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87E3A6" w14:textId="77777777" w:rsidR="0044795F" w:rsidRDefault="0044795F">
            <w:pPr>
              <w:spacing w:after="0" w:line="240" w:lineRule="auto"/>
            </w:pPr>
          </w:p>
        </w:tc>
      </w:tr>
      <w:tr w:rsidR="0044795F" w14:paraId="2B3331FB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927BD9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Marjan Krnčević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A6092D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4.e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BAD8EB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Matematika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20737C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FB13CB" w14:textId="77777777" w:rsidR="0044795F" w:rsidRDefault="0044795F">
            <w:pPr>
              <w:spacing w:after="0" w:line="240" w:lineRule="auto"/>
            </w:pPr>
          </w:p>
        </w:tc>
      </w:tr>
    </w:tbl>
    <w:p w14:paraId="66113EDA" w14:textId="77777777" w:rsidR="0044795F" w:rsidRDefault="0044795F">
      <w:pPr>
        <w:spacing w:after="0"/>
      </w:pPr>
    </w:p>
    <w:p w14:paraId="3EA514C7" w14:textId="77777777" w:rsidR="0044795F" w:rsidRDefault="00474C6B">
      <w:r>
        <w:br w:type="page"/>
      </w:r>
    </w:p>
    <w:p w14:paraId="5E1AD921" w14:textId="77777777" w:rsidR="0044795F" w:rsidRDefault="00474C6B">
      <w:pPr>
        <w:spacing w:before="80" w:after="60"/>
      </w:pPr>
      <w:r>
        <w:rPr>
          <w:b/>
          <w:color w:val="A5692C"/>
          <w:sz w:val="24"/>
        </w:rPr>
        <w:lastRenderedPageBreak/>
        <w:t xml:space="preserve">3. </w:t>
      </w:r>
      <w:r>
        <w:rPr>
          <w:b/>
          <w:color w:val="A5692C"/>
          <w:sz w:val="24"/>
        </w:rPr>
        <w:t>IZVANNASTAVNE AKTIVNOSTI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037"/>
        <w:gridCol w:w="2952"/>
        <w:gridCol w:w="3240"/>
        <w:gridCol w:w="3240"/>
      </w:tblGrid>
      <w:tr w:rsidR="0044795F" w14:paraId="7F57AC25" w14:textId="77777777">
        <w:trPr>
          <w:tblHeader/>
          <w:jc w:val="center"/>
        </w:trPr>
        <w:tc>
          <w:tcPr>
            <w:tcW w:w="2376" w:type="dxa"/>
            <w:shd w:val="clear" w:color="auto" w:fill="A5692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08A1BA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Učitelj / izvršitelj</w:t>
            </w:r>
          </w:p>
        </w:tc>
        <w:tc>
          <w:tcPr>
            <w:tcW w:w="1037" w:type="dxa"/>
            <w:shd w:val="clear" w:color="auto" w:fill="A5692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313523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Razred</w:t>
            </w:r>
          </w:p>
        </w:tc>
        <w:tc>
          <w:tcPr>
            <w:tcW w:w="2952" w:type="dxa"/>
            <w:shd w:val="clear" w:color="auto" w:fill="A5692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D04E04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Predmet / naziv aktivnosti</w:t>
            </w:r>
          </w:p>
        </w:tc>
        <w:tc>
          <w:tcPr>
            <w:tcW w:w="3240" w:type="dxa"/>
            <w:shd w:val="clear" w:color="auto" w:fill="A5692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4DC22D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Termin održavanja</w:t>
            </w:r>
          </w:p>
        </w:tc>
        <w:tc>
          <w:tcPr>
            <w:tcW w:w="3240" w:type="dxa"/>
            <w:shd w:val="clear" w:color="auto" w:fill="A5692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1F0034" w14:textId="77777777" w:rsidR="0044795F" w:rsidRDefault="00474C6B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Napomena</w:t>
            </w:r>
          </w:p>
        </w:tc>
      </w:tr>
      <w:tr w:rsidR="0044795F" w14:paraId="0A08352C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73FECD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Marijana Pešić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02E5F3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1.a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3C6F33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Projektna grupa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82BBC9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Petak,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6AFA12" w14:textId="77777777" w:rsidR="0044795F" w:rsidRDefault="0044795F">
            <w:pPr>
              <w:spacing w:after="0" w:line="240" w:lineRule="auto"/>
            </w:pPr>
          </w:p>
        </w:tc>
      </w:tr>
      <w:tr w:rsidR="0044795F" w14:paraId="5C6F8AF8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EC8809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Marija Samodol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2BC42B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1.b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118C0C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Mala čitaonica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368DD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EB3C27" w14:textId="77777777" w:rsidR="0044795F" w:rsidRDefault="0044795F">
            <w:pPr>
              <w:spacing w:after="0" w:line="240" w:lineRule="auto"/>
            </w:pPr>
          </w:p>
        </w:tc>
      </w:tr>
      <w:tr w:rsidR="0044795F" w14:paraId="0527D12A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332E0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Vilma Kokić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79858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1.e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0474B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Mala čitaonica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FE872A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Srijeda,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944BAB" w14:textId="77777777" w:rsidR="0044795F" w:rsidRDefault="0044795F">
            <w:pPr>
              <w:spacing w:after="0" w:line="240" w:lineRule="auto"/>
            </w:pPr>
          </w:p>
        </w:tc>
      </w:tr>
      <w:tr w:rsidR="0044795F" w14:paraId="5DF86A28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8FFD44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Ana Parać Vučić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F3FEB5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7F39E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Kreativna radionica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DD05B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Utorak,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314387" w14:textId="77777777" w:rsidR="0044795F" w:rsidRDefault="0044795F">
            <w:pPr>
              <w:spacing w:after="0" w:line="240" w:lineRule="auto"/>
            </w:pPr>
          </w:p>
        </w:tc>
      </w:tr>
      <w:tr w:rsidR="0044795F" w14:paraId="4649EDC3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0D71C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Antonija Vranić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D197D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BAB259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Mali vrtlari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58F6B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Srijeda,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FDCA6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Aktivnost prilagođena godišnjem dobu.</w:t>
            </w:r>
          </w:p>
        </w:tc>
      </w:tr>
      <w:tr w:rsidR="0044795F" w14:paraId="6E5BA0E1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333BDE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Ana Grubišić Konsa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8C67F3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2.c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7CA6E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Likovna grupa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1AB1CC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23B175" w14:textId="77777777" w:rsidR="0044795F" w:rsidRDefault="0044795F">
            <w:pPr>
              <w:spacing w:after="0" w:line="240" w:lineRule="auto"/>
            </w:pPr>
          </w:p>
        </w:tc>
      </w:tr>
      <w:tr w:rsidR="0044795F" w14:paraId="65F2A165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37CD9A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Ana Perić Peranić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D75C2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2.e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F6D10E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Dramska skupina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BEE937" w14:textId="767F002F" w:rsidR="0044795F" w:rsidRDefault="00332C47">
            <w:pPr>
              <w:spacing w:after="0" w:line="240" w:lineRule="auto"/>
            </w:pPr>
            <w:proofErr w:type="spellStart"/>
            <w:r>
              <w:t>Petak</w:t>
            </w:r>
            <w:proofErr w:type="spellEnd"/>
            <w:r>
              <w:t>, 5.sat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05C8BB" w14:textId="0136EFDB" w:rsidR="0044795F" w:rsidRDefault="0044795F">
            <w:pPr>
              <w:spacing w:after="0" w:line="240" w:lineRule="auto"/>
            </w:pPr>
          </w:p>
        </w:tc>
      </w:tr>
      <w:tr w:rsidR="0044795F" w14:paraId="4AF6B330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269C6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Darko Mikulandra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49CBF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21B7D0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Dramsko-recitatorska skupina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9589B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Srijeda,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D0310E" w14:textId="77777777" w:rsidR="0044795F" w:rsidRDefault="0044795F">
            <w:pPr>
              <w:spacing w:after="0" w:line="240" w:lineRule="auto"/>
            </w:pPr>
          </w:p>
        </w:tc>
      </w:tr>
      <w:tr w:rsidR="0044795F" w14:paraId="41C8763A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450EC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Sanja Kulušić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53E58A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99E0D6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Dramsko-likovna skupina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53356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Četvrtak,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348B14" w14:textId="77777777" w:rsidR="0044795F" w:rsidRDefault="0044795F">
            <w:pPr>
              <w:spacing w:after="0" w:line="240" w:lineRule="auto"/>
            </w:pPr>
          </w:p>
        </w:tc>
      </w:tr>
      <w:tr w:rsidR="0044795F" w14:paraId="38FC93F5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6C619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Inga Belamarić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E7D0FD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3.c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496788" w14:textId="43231A71" w:rsidR="0044795F" w:rsidRDefault="00D7096F">
            <w:pPr>
              <w:spacing w:after="0" w:line="240" w:lineRule="auto"/>
            </w:pPr>
            <w:r w:rsidRPr="00D7096F">
              <w:rPr>
                <w:lang w:val="hr"/>
              </w:rPr>
              <w:t>Dramska grupa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159C4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1941C2" w14:textId="7E3D73AE" w:rsidR="0044795F" w:rsidRDefault="0044795F">
            <w:pPr>
              <w:spacing w:after="0" w:line="240" w:lineRule="auto"/>
            </w:pPr>
          </w:p>
        </w:tc>
      </w:tr>
      <w:tr w:rsidR="0044795F" w14:paraId="14A5D717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C4E7BC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Sandra Bandalo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FAE6F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3.e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7AAEFA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Likovna grupa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977739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Srijeda,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C5ADB6" w14:textId="77777777" w:rsidR="0044795F" w:rsidRDefault="0044795F">
            <w:pPr>
              <w:spacing w:after="0" w:line="240" w:lineRule="auto"/>
            </w:pPr>
          </w:p>
        </w:tc>
      </w:tr>
      <w:tr w:rsidR="0044795F" w14:paraId="4CF5225B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395B22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Branka Baljkas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69EFA8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4.a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1BE4BC" w14:textId="7010C480" w:rsidR="0044795F" w:rsidRDefault="00D7096F">
            <w:pPr>
              <w:spacing w:after="0" w:line="240" w:lineRule="auto"/>
            </w:pPr>
            <w:r w:rsidRPr="00D7096F">
              <w:rPr>
                <w:lang w:val="hr"/>
              </w:rPr>
              <w:t>Likovna skupina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22DEEF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CF3A1B" w14:textId="3E813790" w:rsidR="0044795F" w:rsidRDefault="0044795F">
            <w:pPr>
              <w:spacing w:after="0" w:line="240" w:lineRule="auto"/>
            </w:pPr>
          </w:p>
        </w:tc>
      </w:tr>
      <w:tr w:rsidR="0044795F" w14:paraId="7ECE3266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33E355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Dijana Dunkić Matić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A531C3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4.b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72BF4F" w14:textId="0E3435AD" w:rsidR="0044795F" w:rsidRDefault="00D7096F">
            <w:pPr>
              <w:spacing w:after="0" w:line="240" w:lineRule="auto"/>
            </w:pPr>
            <w:r w:rsidRPr="00D7096F">
              <w:rPr>
                <w:lang w:val="hr"/>
              </w:rPr>
              <w:t>Likovna skupina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221FC1" w14:textId="0F05D6A5" w:rsidR="0044795F" w:rsidRDefault="00474C6B">
            <w:pPr>
              <w:spacing w:after="0" w:line="240" w:lineRule="auto"/>
            </w:pPr>
            <w:r>
              <w:rPr>
                <w:sz w:val="17"/>
              </w:rPr>
              <w:t>Jutarnja smjena: petak, 5. sat</w:t>
            </w:r>
            <w:r>
              <w:rPr>
                <w:sz w:val="17"/>
              </w:rPr>
              <w:t xml:space="preserve"> </w:t>
            </w:r>
            <w:proofErr w:type="spellStart"/>
            <w:r w:rsidR="00D7096F">
              <w:rPr>
                <w:sz w:val="17"/>
              </w:rPr>
              <w:t>P</w:t>
            </w:r>
            <w:r>
              <w:rPr>
                <w:sz w:val="17"/>
              </w:rPr>
              <w:t>oslijepodnevna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smjena</w:t>
            </w:r>
            <w:proofErr w:type="spellEnd"/>
            <w:r>
              <w:rPr>
                <w:sz w:val="17"/>
              </w:rPr>
              <w:t xml:space="preserve">: </w:t>
            </w:r>
            <w:proofErr w:type="spellStart"/>
            <w:r>
              <w:rPr>
                <w:sz w:val="17"/>
              </w:rPr>
              <w:t>petak</w:t>
            </w:r>
            <w:proofErr w:type="spellEnd"/>
            <w:r>
              <w:rPr>
                <w:sz w:val="17"/>
              </w:rPr>
              <w:t>, 6.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28F1BA" w14:textId="033FB7F7" w:rsidR="0044795F" w:rsidRDefault="0044795F">
            <w:pPr>
              <w:spacing w:after="0" w:line="240" w:lineRule="auto"/>
            </w:pPr>
          </w:p>
        </w:tc>
      </w:tr>
      <w:tr w:rsidR="0044795F" w14:paraId="0FB98681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707E59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Marjan Krnčević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ABE995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4.e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2CDD61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Recitatorska skupina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35D3CB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Ponedjeljak, 5. sat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3F6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0AC878" w14:textId="77777777" w:rsidR="0044795F" w:rsidRDefault="0044795F">
            <w:pPr>
              <w:spacing w:after="0" w:line="240" w:lineRule="auto"/>
            </w:pPr>
          </w:p>
        </w:tc>
      </w:tr>
      <w:tr w:rsidR="0044795F" w14:paraId="08F96700" w14:textId="77777777">
        <w:trPr>
          <w:jc w:val="center"/>
        </w:trPr>
        <w:tc>
          <w:tcPr>
            <w:tcW w:w="2376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69C459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Marija Krnić</w:t>
            </w:r>
          </w:p>
        </w:tc>
        <w:tc>
          <w:tcPr>
            <w:tcW w:w="1037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9E8119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4.b i 4.e</w:t>
            </w:r>
          </w:p>
        </w:tc>
        <w:tc>
          <w:tcPr>
            <w:tcW w:w="2952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CB4BBC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Marijini obroci – Od gladi do nade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255937" w14:textId="77777777" w:rsidR="0044795F" w:rsidRDefault="00474C6B">
            <w:pPr>
              <w:spacing w:after="0" w:line="240" w:lineRule="auto"/>
            </w:pPr>
            <w:r>
              <w:rPr>
                <w:sz w:val="17"/>
              </w:rPr>
              <w:t>Srijeda, 7. sat ili predsat u poslijepodnevnoj smjeni</w:t>
            </w:r>
          </w:p>
        </w:tc>
        <w:tc>
          <w:tcPr>
            <w:tcW w:w="3240" w:type="dxa"/>
            <w:tcBorders>
              <w:top w:val="single" w:sz="4" w:space="0" w:color="D7DEE7"/>
              <w:left w:val="single" w:sz="4" w:space="0" w:color="D7DEE7"/>
              <w:bottom w:val="single" w:sz="4" w:space="0" w:color="D7DEE7"/>
              <w:right w:val="single" w:sz="4" w:space="0" w:color="D7DEE7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DC7ECD" w14:textId="08E7B0A3" w:rsidR="0044795F" w:rsidRDefault="0044795F">
            <w:pPr>
              <w:spacing w:after="0" w:line="240" w:lineRule="auto"/>
            </w:pPr>
          </w:p>
        </w:tc>
      </w:tr>
    </w:tbl>
    <w:p w14:paraId="62F12D62" w14:textId="77777777" w:rsidR="0044795F" w:rsidRDefault="0044795F">
      <w:pPr>
        <w:spacing w:after="0"/>
      </w:pPr>
    </w:p>
    <w:sectPr w:rsidR="0044795F" w:rsidSect="00034616">
      <w:footerReference w:type="default" r:id="rId8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AAE04" w14:textId="77777777" w:rsidR="00474C6B" w:rsidRDefault="00474C6B">
      <w:pPr>
        <w:spacing w:after="0" w:line="240" w:lineRule="auto"/>
      </w:pPr>
      <w:r>
        <w:separator/>
      </w:r>
    </w:p>
  </w:endnote>
  <w:endnote w:type="continuationSeparator" w:id="0">
    <w:p w14:paraId="1D58A069" w14:textId="77777777" w:rsidR="00474C6B" w:rsidRDefault="0047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A24CF" w14:textId="77777777" w:rsidR="0044795F" w:rsidRDefault="00474C6B">
    <w:pPr>
      <w:pStyle w:val="Podnoje"/>
      <w:jc w:val="center"/>
    </w:pPr>
    <w:r>
      <w:rPr>
        <w:color w:val="788088"/>
        <w:sz w:val="16"/>
      </w:rPr>
      <w:t>Razredna nastava | školska godina 2026./2027.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2D621" w14:textId="77777777" w:rsidR="00474C6B" w:rsidRDefault="00474C6B">
      <w:pPr>
        <w:spacing w:after="0" w:line="240" w:lineRule="auto"/>
      </w:pPr>
      <w:r>
        <w:separator/>
      </w:r>
    </w:p>
  </w:footnote>
  <w:footnote w:type="continuationSeparator" w:id="0">
    <w:p w14:paraId="0F37DC44" w14:textId="77777777" w:rsidR="00474C6B" w:rsidRDefault="0047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2C47"/>
    <w:rsid w:val="0044795F"/>
    <w:rsid w:val="00474C6B"/>
    <w:rsid w:val="0052637F"/>
    <w:rsid w:val="00AA1D8D"/>
    <w:rsid w:val="00B47730"/>
    <w:rsid w:val="00CB0664"/>
    <w:rsid w:val="00D709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800EDB"/>
  <w14:defaultImageDpi w14:val="300"/>
  <w15:docId w15:val="{2ABD525D-79EB-4D92-94E3-E3B1F02F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D3741"/>
      <w:sz w:val="18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Malenica Celic</cp:lastModifiedBy>
  <cp:revision>2</cp:revision>
  <dcterms:created xsi:type="dcterms:W3CDTF">2013-12-23T23:15:00Z</dcterms:created>
  <dcterms:modified xsi:type="dcterms:W3CDTF">2026-10-16T09:03:00Z</dcterms:modified>
  <cp:category/>
</cp:coreProperties>
</file>